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6ABB9" w14:textId="12E74454" w:rsidR="005E0E03" w:rsidRPr="00B70BB9" w:rsidRDefault="009A7884" w:rsidP="009A7884">
      <w:pPr>
        <w:pStyle w:val="Cmsor1"/>
        <w:jc w:val="center"/>
        <w:rPr>
          <w:rFonts w:ascii="Times New Roman" w:hAnsi="Times New Roman" w:cs="Times New Roman"/>
          <w:color w:val="auto"/>
          <w:lang w:val="hu-HU"/>
        </w:rPr>
      </w:pPr>
      <w:r w:rsidRPr="00B70BB9">
        <w:rPr>
          <w:rFonts w:ascii="Times New Roman" w:hAnsi="Times New Roman" w:cs="Times New Roman"/>
          <w:color w:val="auto"/>
          <w:lang w:val="hu-HU"/>
        </w:rPr>
        <w:t>KÉRELEM</w:t>
      </w:r>
    </w:p>
    <w:p w14:paraId="41428A1B" w14:textId="77777777" w:rsidR="009A7884" w:rsidRPr="00B70BB9" w:rsidRDefault="009A7884" w:rsidP="009A7884">
      <w:pPr>
        <w:rPr>
          <w:lang w:val="hu-HU"/>
        </w:rPr>
      </w:pPr>
    </w:p>
    <w:p w14:paraId="24B89FEE" w14:textId="5CC78A48" w:rsidR="00EF25C6" w:rsidRPr="00B70BB9" w:rsidRDefault="009A7884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B70BB9">
        <w:rPr>
          <w:rFonts w:ascii="Times New Roman" w:hAnsi="Times New Roman" w:cs="Times New Roman"/>
          <w:b/>
          <w:bCs/>
          <w:sz w:val="24"/>
          <w:szCs w:val="24"/>
          <w:lang w:val="hu-HU"/>
        </w:rPr>
        <w:t>Prof. Dr. Kovács László</w:t>
      </w:r>
      <w:r w:rsidR="00356FA8" w:rsidRPr="00B70BB9">
        <w:rPr>
          <w:rFonts w:ascii="Times New Roman" w:hAnsi="Times New Roman" w:cs="Times New Roman"/>
          <w:b/>
          <w:bCs/>
          <w:sz w:val="24"/>
          <w:szCs w:val="24"/>
          <w:lang w:val="hu-HU"/>
        </w:rPr>
        <w:t>,</w:t>
      </w:r>
      <w:r w:rsidRPr="00B70BB9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egyetemi tanár,</w:t>
      </w:r>
      <w:r w:rsidRPr="00B70BB9">
        <w:rPr>
          <w:rFonts w:ascii="Times New Roman" w:hAnsi="Times New Roman" w:cs="Times New Roman"/>
          <w:b/>
          <w:bCs/>
          <w:sz w:val="24"/>
          <w:szCs w:val="24"/>
          <w:lang w:val="hu-HU"/>
        </w:rPr>
        <w:br/>
        <w:t>Hatvany József Informatikai Tudományok Doktori Iskola vezetője</w:t>
      </w:r>
      <w:r w:rsidRPr="00B70BB9">
        <w:rPr>
          <w:rFonts w:ascii="Times New Roman" w:hAnsi="Times New Roman" w:cs="Times New Roman"/>
          <w:b/>
          <w:bCs/>
          <w:sz w:val="24"/>
          <w:szCs w:val="24"/>
          <w:lang w:val="hu-HU"/>
        </w:rPr>
        <w:br/>
      </w:r>
      <w:r w:rsidRPr="00B70BB9">
        <w:rPr>
          <w:rFonts w:ascii="Times New Roman" w:hAnsi="Times New Roman" w:cs="Times New Roman"/>
          <w:sz w:val="24"/>
          <w:szCs w:val="24"/>
          <w:lang w:val="hu-HU"/>
        </w:rPr>
        <w:t>részére</w:t>
      </w:r>
    </w:p>
    <w:p w14:paraId="70917EB2" w14:textId="018C683C" w:rsidR="00EF25C6" w:rsidRPr="00B70BB9" w:rsidRDefault="00EF25C6">
      <w:pPr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  <w:r w:rsidRPr="00B70BB9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Tárgy: </w:t>
      </w:r>
      <w:r w:rsidR="002B1333" w:rsidRPr="00B70BB9">
        <w:rPr>
          <w:rFonts w:ascii="Times New Roman" w:hAnsi="Times New Roman" w:cs="Times New Roman"/>
          <w:b/>
          <w:bCs/>
          <w:sz w:val="24"/>
          <w:szCs w:val="24"/>
          <w:lang w:val="hu-HU"/>
        </w:rPr>
        <w:t>Kérelem műhelyvita engedélyezésére</w:t>
      </w:r>
    </w:p>
    <w:p w14:paraId="02D2A017" w14:textId="197A17F2" w:rsidR="005E0E03" w:rsidRPr="00B70BB9" w:rsidRDefault="00744456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B70BB9">
        <w:rPr>
          <w:rFonts w:ascii="Times New Roman" w:hAnsi="Times New Roman" w:cs="Times New Roman"/>
          <w:sz w:val="24"/>
          <w:szCs w:val="24"/>
          <w:lang w:val="hu-HU"/>
        </w:rPr>
        <w:t xml:space="preserve">Tisztelt Professzor </w:t>
      </w:r>
      <w:r w:rsidR="009A7884" w:rsidRPr="00B70BB9">
        <w:rPr>
          <w:rFonts w:ascii="Times New Roman" w:hAnsi="Times New Roman" w:cs="Times New Roman"/>
          <w:sz w:val="24"/>
          <w:szCs w:val="24"/>
          <w:lang w:val="hu-HU"/>
        </w:rPr>
        <w:t>Úr</w:t>
      </w:r>
      <w:r w:rsidRPr="00B70BB9">
        <w:rPr>
          <w:rFonts w:ascii="Times New Roman" w:hAnsi="Times New Roman" w:cs="Times New Roman"/>
          <w:sz w:val="24"/>
          <w:szCs w:val="24"/>
          <w:lang w:val="hu-HU"/>
        </w:rPr>
        <w:t>!</w:t>
      </w:r>
    </w:p>
    <w:p w14:paraId="08EB003E" w14:textId="5A12D1D8" w:rsidR="00D42362" w:rsidRPr="00B70BB9" w:rsidRDefault="000A48C4" w:rsidP="009A7884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B70BB9">
        <w:rPr>
          <w:rFonts w:ascii="Times New Roman" w:hAnsi="Times New Roman" w:cs="Times New Roman"/>
          <w:sz w:val="24"/>
          <w:szCs w:val="24"/>
          <w:lang w:val="hu-HU"/>
        </w:rPr>
        <w:t xml:space="preserve">Ezúton kérem, hogy engedélyezze [PhD hallgató neve, Neptunkódja] PhD-hallgató számára a műhelyvita </w:t>
      </w:r>
      <w:r w:rsidR="00775A87" w:rsidRPr="00B70BB9">
        <w:rPr>
          <w:rFonts w:ascii="Times New Roman" w:hAnsi="Times New Roman" w:cs="Times New Roman"/>
          <w:sz w:val="24"/>
          <w:szCs w:val="24"/>
          <w:lang w:val="hu-HU"/>
        </w:rPr>
        <w:t>szervezését</w:t>
      </w:r>
      <w:r w:rsidRPr="00B70BB9">
        <w:rPr>
          <w:rFonts w:ascii="Times New Roman" w:hAnsi="Times New Roman" w:cs="Times New Roman"/>
          <w:sz w:val="24"/>
          <w:szCs w:val="24"/>
          <w:lang w:val="hu-HU"/>
        </w:rPr>
        <w:t xml:space="preserve"> [Javasolt Dátum</w:t>
      </w:r>
      <w:r w:rsidR="00D42362" w:rsidRPr="00B70BB9">
        <w:rPr>
          <w:rFonts w:ascii="Times New Roman" w:hAnsi="Times New Roman" w:cs="Times New Roman"/>
          <w:sz w:val="24"/>
          <w:szCs w:val="24"/>
          <w:lang w:val="hu-HU"/>
        </w:rPr>
        <w:t>]</w:t>
      </w:r>
      <w:r w:rsidRPr="00B70BB9">
        <w:rPr>
          <w:rFonts w:ascii="Times New Roman" w:hAnsi="Times New Roman" w:cs="Times New Roman"/>
          <w:sz w:val="24"/>
          <w:szCs w:val="24"/>
          <w:lang w:val="hu-HU"/>
        </w:rPr>
        <w:t>.</w:t>
      </w:r>
    </w:p>
    <w:p w14:paraId="12E12C9E" w14:textId="70D72673" w:rsidR="009A7884" w:rsidRPr="00B70BB9" w:rsidRDefault="00744456" w:rsidP="009A788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  <w:r w:rsidRPr="00B70BB9">
        <w:rPr>
          <w:rFonts w:ascii="Times New Roman" w:hAnsi="Times New Roman" w:cs="Times New Roman"/>
          <w:sz w:val="24"/>
          <w:szCs w:val="24"/>
          <w:lang w:val="hu-HU"/>
        </w:rPr>
        <w:br/>
      </w:r>
      <w:r w:rsidR="009A7884" w:rsidRPr="00B70BB9">
        <w:rPr>
          <w:rFonts w:ascii="Times New Roman" w:hAnsi="Times New Roman" w:cs="Times New Roman"/>
          <w:b/>
          <w:bCs/>
          <w:sz w:val="24"/>
          <w:szCs w:val="24"/>
          <w:lang w:val="hu-HU"/>
        </w:rPr>
        <w:t>Kérelem indoka(i):</w:t>
      </w:r>
    </w:p>
    <w:p w14:paraId="6D0FC6F9" w14:textId="2D6F2A67" w:rsidR="00800493" w:rsidRPr="00B70BB9" w:rsidRDefault="009A7884" w:rsidP="009A7884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B70BB9">
        <w:rPr>
          <w:rFonts w:ascii="Times New Roman" w:hAnsi="Times New Roman" w:cs="Times New Roman"/>
          <w:sz w:val="24"/>
          <w:szCs w:val="24"/>
          <w:lang w:val="hu-H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61C6B2" w14:textId="77777777" w:rsidR="00BB3065" w:rsidRPr="00B70BB9" w:rsidRDefault="00BB3065" w:rsidP="00BB3065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14:paraId="1C333834" w14:textId="77777777" w:rsidR="00CB1811" w:rsidRPr="00B70BB9" w:rsidRDefault="00BB3065" w:rsidP="00BB3065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B70BB9">
        <w:rPr>
          <w:rFonts w:ascii="Times New Roman" w:hAnsi="Times New Roman" w:cs="Times New Roman"/>
          <w:sz w:val="24"/>
          <w:szCs w:val="24"/>
          <w:lang w:val="hu-HU"/>
        </w:rPr>
        <w:t>A doktori értekezés</w:t>
      </w:r>
      <w:r w:rsidR="00CB1811" w:rsidRPr="00B70BB9">
        <w:rPr>
          <w:rFonts w:ascii="Times New Roman" w:hAnsi="Times New Roman" w:cs="Times New Roman"/>
          <w:sz w:val="24"/>
          <w:szCs w:val="24"/>
          <w:lang w:val="hu-HU"/>
        </w:rPr>
        <w:t xml:space="preserve"> címe:</w:t>
      </w:r>
    </w:p>
    <w:p w14:paraId="1AF7D321" w14:textId="77777777" w:rsidR="00CB1811" w:rsidRPr="00B70BB9" w:rsidRDefault="00CB1811" w:rsidP="00BB3065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B70BB9">
        <w:rPr>
          <w:rFonts w:ascii="Times New Roman" w:hAnsi="Times New Roman" w:cs="Times New Roman"/>
          <w:sz w:val="24"/>
          <w:szCs w:val="24"/>
          <w:lang w:val="hu-HU"/>
        </w:rPr>
        <w:t>………………………………………………………………………………………………</w:t>
      </w:r>
    </w:p>
    <w:p w14:paraId="7AA1116C" w14:textId="5218C2D9" w:rsidR="00BB3065" w:rsidRPr="00B70BB9" w:rsidRDefault="00BB3065" w:rsidP="00BB3065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B70BB9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</w:p>
    <w:p w14:paraId="1026552C" w14:textId="07AD5365" w:rsidR="00BB3065" w:rsidRPr="00B70BB9" w:rsidRDefault="00CB1811" w:rsidP="00BB3065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B70BB9">
        <w:rPr>
          <w:rFonts w:ascii="Times New Roman" w:hAnsi="Times New Roman" w:cs="Times New Roman"/>
          <w:sz w:val="24"/>
          <w:szCs w:val="24"/>
          <w:lang w:val="hu-HU"/>
        </w:rPr>
        <w:t>Javasolt elő-opponens</w:t>
      </w:r>
      <w:r w:rsidR="00CD2BB9" w:rsidRPr="00B70BB9">
        <w:rPr>
          <w:rFonts w:ascii="Times New Roman" w:hAnsi="Times New Roman" w:cs="Times New Roman"/>
          <w:sz w:val="24"/>
          <w:szCs w:val="24"/>
          <w:lang w:val="hu-HU"/>
        </w:rPr>
        <w:t>ek</w:t>
      </w:r>
      <w:r w:rsidR="00BB3065" w:rsidRPr="00B70BB9">
        <w:rPr>
          <w:rFonts w:ascii="Times New Roman" w:hAnsi="Times New Roman" w:cs="Times New Roman"/>
          <w:sz w:val="24"/>
          <w:szCs w:val="24"/>
          <w:lang w:val="hu-HU"/>
        </w:rPr>
        <w:t>:</w:t>
      </w:r>
    </w:p>
    <w:p w14:paraId="299E330E" w14:textId="77777777" w:rsidR="00BB3065" w:rsidRPr="00B70BB9" w:rsidRDefault="00BB3065" w:rsidP="00BB3065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14:paraId="35197129" w14:textId="5DA2312E" w:rsidR="00BB3065" w:rsidRPr="00B70BB9" w:rsidRDefault="00BB3065" w:rsidP="00BB3065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B70BB9">
        <w:rPr>
          <w:rFonts w:ascii="Times New Roman" w:hAnsi="Times New Roman" w:cs="Times New Roman"/>
          <w:sz w:val="24"/>
          <w:szCs w:val="24"/>
          <w:lang w:val="hu-HU"/>
        </w:rPr>
        <w:t xml:space="preserve">1. </w:t>
      </w:r>
      <w:r w:rsidR="00CD2BB9" w:rsidRPr="00B70BB9">
        <w:rPr>
          <w:rFonts w:ascii="Times New Roman" w:hAnsi="Times New Roman" w:cs="Times New Roman"/>
          <w:sz w:val="24"/>
          <w:szCs w:val="24"/>
          <w:lang w:val="hu-HU"/>
        </w:rPr>
        <w:t>[Név,beosztás]</w:t>
      </w:r>
    </w:p>
    <w:p w14:paraId="2C16F9E7" w14:textId="237752F1" w:rsidR="00BB3065" w:rsidRPr="00B70BB9" w:rsidRDefault="00CD2BB9" w:rsidP="00BB3065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B70BB9">
        <w:rPr>
          <w:rFonts w:ascii="Times New Roman" w:hAnsi="Times New Roman" w:cs="Times New Roman"/>
          <w:sz w:val="24"/>
          <w:szCs w:val="24"/>
          <w:lang w:val="hu-HU"/>
        </w:rPr>
        <w:t>[Intézmény/</w:t>
      </w:r>
      <w:r w:rsidR="004C01AB" w:rsidRPr="00B70BB9">
        <w:rPr>
          <w:rFonts w:ascii="Times New Roman" w:hAnsi="Times New Roman" w:cs="Times New Roman"/>
          <w:sz w:val="24"/>
          <w:szCs w:val="24"/>
          <w:lang w:val="hu-HU"/>
        </w:rPr>
        <w:t>Munkahely- és Szervezeti egység megnevezése]</w:t>
      </w:r>
    </w:p>
    <w:p w14:paraId="087DDBC1" w14:textId="32FBBC6B" w:rsidR="00BB3065" w:rsidRPr="00B70BB9" w:rsidRDefault="004C01AB" w:rsidP="00BB3065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B70BB9">
        <w:rPr>
          <w:rFonts w:ascii="Times New Roman" w:hAnsi="Times New Roman" w:cs="Times New Roman"/>
          <w:sz w:val="24"/>
          <w:szCs w:val="24"/>
          <w:lang w:val="hu-HU"/>
        </w:rPr>
        <w:t>[E-mail]</w:t>
      </w:r>
    </w:p>
    <w:p w14:paraId="5F641D81" w14:textId="77777777" w:rsidR="00BB3065" w:rsidRPr="00B70BB9" w:rsidRDefault="00BB3065" w:rsidP="00BB3065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14:paraId="712782C0" w14:textId="77777777" w:rsidR="004C01AB" w:rsidRPr="00B70BB9" w:rsidRDefault="004C01AB" w:rsidP="004C01AB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B70BB9">
        <w:rPr>
          <w:rFonts w:ascii="Times New Roman" w:hAnsi="Times New Roman" w:cs="Times New Roman"/>
          <w:sz w:val="24"/>
          <w:szCs w:val="24"/>
          <w:lang w:val="hu-HU"/>
        </w:rPr>
        <w:t>1. [Név,beosztás]</w:t>
      </w:r>
    </w:p>
    <w:p w14:paraId="0729A4EF" w14:textId="77777777" w:rsidR="004C01AB" w:rsidRPr="00B70BB9" w:rsidRDefault="004C01AB" w:rsidP="004C01AB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B70BB9">
        <w:rPr>
          <w:rFonts w:ascii="Times New Roman" w:hAnsi="Times New Roman" w:cs="Times New Roman"/>
          <w:sz w:val="24"/>
          <w:szCs w:val="24"/>
          <w:lang w:val="hu-HU"/>
        </w:rPr>
        <w:t>[Intézmény/Munkahely- és Szervezeti egység megnevezése]</w:t>
      </w:r>
    </w:p>
    <w:p w14:paraId="4C6E38C7" w14:textId="1DE0B6E2" w:rsidR="00BB3065" w:rsidRPr="00B70BB9" w:rsidRDefault="004C01AB" w:rsidP="00BB3065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B70BB9">
        <w:rPr>
          <w:rFonts w:ascii="Times New Roman" w:hAnsi="Times New Roman" w:cs="Times New Roman"/>
          <w:sz w:val="24"/>
          <w:szCs w:val="24"/>
          <w:lang w:val="hu-HU"/>
        </w:rPr>
        <w:t>[E-mail]</w:t>
      </w:r>
    </w:p>
    <w:p w14:paraId="38C2BCBA" w14:textId="77777777" w:rsidR="00BB3065" w:rsidRPr="00B70BB9" w:rsidRDefault="00BB3065" w:rsidP="00BB3065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14:paraId="3E7E6723" w14:textId="77777777" w:rsidR="00775A87" w:rsidRPr="00B70BB9" w:rsidRDefault="00775A87" w:rsidP="00BB3065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14:paraId="16B433A4" w14:textId="06D73246" w:rsidR="00B70BB9" w:rsidRPr="00B70BB9" w:rsidRDefault="00B70BB9" w:rsidP="00B70BB9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B70BB9">
        <w:rPr>
          <w:rFonts w:ascii="Times New Roman" w:hAnsi="Times New Roman" w:cs="Times New Roman"/>
          <w:sz w:val="24"/>
          <w:szCs w:val="24"/>
          <w:lang w:val="hu-HU"/>
        </w:rPr>
        <w:t>Tudomásul veszem, hogy a Miskolci Egyetem Doktori képzés és doktori fokozatszerzés szabályzatának 17. § (3) bekezdése alapján a tudományos műhelyvita a következőknek megfelelően folytatható le:</w:t>
      </w:r>
    </w:p>
    <w:p w14:paraId="70518B50" w14:textId="04676EA9" w:rsidR="00B70BB9" w:rsidRDefault="004568B8" w:rsidP="00B70BB9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hu-HU"/>
        </w:rPr>
      </w:pPr>
      <w:r w:rsidRPr="004568B8">
        <w:rPr>
          <w:rFonts w:ascii="Times New Roman" w:hAnsi="Times New Roman" w:cs="Times New Roman"/>
          <w:i/>
          <w:iCs/>
          <w:sz w:val="24"/>
          <w:szCs w:val="24"/>
          <w:lang w:val="hu-HU"/>
        </w:rPr>
        <w:t>„</w:t>
      </w:r>
      <w:r w:rsidR="00B70BB9" w:rsidRPr="004568B8">
        <w:rPr>
          <w:rFonts w:ascii="Times New Roman" w:hAnsi="Times New Roman" w:cs="Times New Roman"/>
          <w:i/>
          <w:iCs/>
          <w:sz w:val="24"/>
          <w:szCs w:val="24"/>
          <w:lang w:val="hu-HU"/>
        </w:rPr>
        <w:t>A műhelyvitát a doktorandusz kutatási tevékenységének meghatár</w:t>
      </w:r>
      <w:r w:rsidRPr="004568B8">
        <w:rPr>
          <w:rFonts w:ascii="Times New Roman" w:hAnsi="Times New Roman" w:cs="Times New Roman"/>
          <w:i/>
          <w:iCs/>
          <w:sz w:val="24"/>
          <w:szCs w:val="24"/>
          <w:lang w:val="hu-HU"/>
        </w:rPr>
        <w:t>ozó</w:t>
      </w:r>
      <w:r w:rsidR="00B70BB9" w:rsidRPr="004568B8">
        <w:rPr>
          <w:rFonts w:ascii="Times New Roman" w:hAnsi="Times New Roman" w:cs="Times New Roman"/>
          <w:i/>
          <w:iCs/>
          <w:sz w:val="24"/>
          <w:szCs w:val="24"/>
          <w:lang w:val="hu-HU"/>
        </w:rPr>
        <w:t xml:space="preserve"> helyszínén kell lefolytatni személyesen vagy hibrid formában. Hibrid </w:t>
      </w:r>
      <w:r w:rsidRPr="004568B8">
        <w:rPr>
          <w:rFonts w:ascii="Times New Roman" w:hAnsi="Times New Roman" w:cs="Times New Roman"/>
          <w:i/>
          <w:iCs/>
          <w:sz w:val="24"/>
          <w:szCs w:val="24"/>
          <w:lang w:val="hu-HU"/>
        </w:rPr>
        <w:t>műhelyvitát</w:t>
      </w:r>
      <w:r w:rsidR="00B70BB9" w:rsidRPr="004568B8">
        <w:rPr>
          <w:rFonts w:ascii="Times New Roman" w:hAnsi="Times New Roman" w:cs="Times New Roman"/>
          <w:i/>
          <w:iCs/>
          <w:sz w:val="24"/>
          <w:szCs w:val="24"/>
          <w:lang w:val="hu-HU"/>
        </w:rPr>
        <w:t xml:space="preserve"> a TDT engedélyezhet, ekkor a levezet</w:t>
      </w:r>
      <w:r w:rsidRPr="004568B8">
        <w:rPr>
          <w:rFonts w:ascii="Times New Roman" w:hAnsi="Times New Roman" w:cs="Times New Roman"/>
          <w:i/>
          <w:iCs/>
          <w:sz w:val="24"/>
          <w:szCs w:val="24"/>
          <w:lang w:val="hu-HU"/>
        </w:rPr>
        <w:t>ő</w:t>
      </w:r>
      <w:r w:rsidR="00B70BB9" w:rsidRPr="004568B8">
        <w:rPr>
          <w:rFonts w:ascii="Times New Roman" w:hAnsi="Times New Roman" w:cs="Times New Roman"/>
          <w:i/>
          <w:iCs/>
          <w:sz w:val="24"/>
          <w:szCs w:val="24"/>
          <w:lang w:val="hu-HU"/>
        </w:rPr>
        <w:t xml:space="preserve"> elnök, a doktorandusz, az értekezés el</w:t>
      </w:r>
      <w:r w:rsidRPr="004568B8">
        <w:rPr>
          <w:rFonts w:ascii="Times New Roman" w:hAnsi="Times New Roman" w:cs="Times New Roman"/>
          <w:i/>
          <w:iCs/>
          <w:sz w:val="24"/>
          <w:szCs w:val="24"/>
          <w:lang w:val="hu-HU"/>
        </w:rPr>
        <w:t>ő</w:t>
      </w:r>
      <w:r w:rsidR="00B70BB9" w:rsidRPr="004568B8">
        <w:rPr>
          <w:rFonts w:ascii="Times New Roman" w:hAnsi="Times New Roman" w:cs="Times New Roman"/>
          <w:i/>
          <w:iCs/>
          <w:sz w:val="24"/>
          <w:szCs w:val="24"/>
          <w:lang w:val="hu-HU"/>
        </w:rPr>
        <w:t>zetes véleményez</w:t>
      </w:r>
      <w:r w:rsidRPr="004568B8">
        <w:rPr>
          <w:rFonts w:ascii="Times New Roman" w:hAnsi="Times New Roman" w:cs="Times New Roman"/>
          <w:i/>
          <w:iCs/>
          <w:sz w:val="24"/>
          <w:szCs w:val="24"/>
          <w:lang w:val="hu-HU"/>
        </w:rPr>
        <w:t>ő</w:t>
      </w:r>
      <w:r w:rsidR="00B70BB9" w:rsidRPr="004568B8">
        <w:rPr>
          <w:rFonts w:ascii="Times New Roman" w:hAnsi="Times New Roman" w:cs="Times New Roman"/>
          <w:i/>
          <w:iCs/>
          <w:sz w:val="24"/>
          <w:szCs w:val="24"/>
          <w:lang w:val="hu-HU"/>
        </w:rPr>
        <w:t>inek legalább egyike és a résztvev</w:t>
      </w:r>
      <w:r w:rsidRPr="004568B8">
        <w:rPr>
          <w:rFonts w:ascii="Times New Roman" w:hAnsi="Times New Roman" w:cs="Times New Roman"/>
          <w:i/>
          <w:iCs/>
          <w:sz w:val="24"/>
          <w:szCs w:val="24"/>
          <w:lang w:val="hu-HU"/>
        </w:rPr>
        <w:t>ő</w:t>
      </w:r>
      <w:r w:rsidR="00B70BB9" w:rsidRPr="004568B8">
        <w:rPr>
          <w:rFonts w:ascii="Times New Roman" w:hAnsi="Times New Roman" w:cs="Times New Roman"/>
          <w:i/>
          <w:iCs/>
          <w:sz w:val="24"/>
          <w:szCs w:val="24"/>
          <w:lang w:val="hu-HU"/>
        </w:rPr>
        <w:t>k egy része személyesen van jelen, az ülés többi résztvevője online csatlakozik. Különlegesen méltányolható esetekben, hallgatón kívül álló ok miatt, ideértve az egészségügyi okokat és az igazolt orvosi kockázatot is, a TDT engedélyezheti a doktorandusz online részvételét a m</w:t>
      </w:r>
      <w:r w:rsidRPr="004568B8">
        <w:rPr>
          <w:rFonts w:ascii="Times New Roman" w:hAnsi="Times New Roman" w:cs="Times New Roman"/>
          <w:i/>
          <w:iCs/>
          <w:sz w:val="24"/>
          <w:szCs w:val="24"/>
          <w:lang w:val="hu-HU"/>
        </w:rPr>
        <w:t>ű</w:t>
      </w:r>
      <w:r w:rsidR="00B70BB9" w:rsidRPr="004568B8">
        <w:rPr>
          <w:rFonts w:ascii="Times New Roman" w:hAnsi="Times New Roman" w:cs="Times New Roman"/>
          <w:i/>
          <w:iCs/>
          <w:sz w:val="24"/>
          <w:szCs w:val="24"/>
          <w:lang w:val="hu-HU"/>
        </w:rPr>
        <w:t>helyvitán</w:t>
      </w:r>
      <w:r w:rsidRPr="004568B8">
        <w:rPr>
          <w:rFonts w:ascii="Times New Roman" w:hAnsi="Times New Roman" w:cs="Times New Roman"/>
          <w:i/>
          <w:iCs/>
          <w:sz w:val="24"/>
          <w:szCs w:val="24"/>
          <w:lang w:val="hu-HU"/>
        </w:rPr>
        <w:t>”</w:t>
      </w:r>
    </w:p>
    <w:p w14:paraId="1BA00581" w14:textId="77777777" w:rsidR="00103EA0" w:rsidRPr="004568B8" w:rsidRDefault="00103EA0" w:rsidP="00B70BB9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hu-HU"/>
        </w:rPr>
      </w:pPr>
    </w:p>
    <w:p w14:paraId="6B54564F" w14:textId="162F8454" w:rsidR="00103EA0" w:rsidRDefault="00103EA0" w:rsidP="00BB3065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Műhelyvita lefolytatásának módja:</w:t>
      </w:r>
      <w:r w:rsidR="00031E80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031E80" w:rsidRPr="00031E80">
        <w:rPr>
          <w:rFonts w:ascii="Times New Roman" w:hAnsi="Times New Roman" w:cs="Times New Roman"/>
          <w:i/>
          <w:iCs/>
          <w:sz w:val="24"/>
          <w:szCs w:val="24"/>
          <w:lang w:val="hu-HU"/>
        </w:rPr>
        <w:t>Kérem a megfelelőt aláhúzni</w:t>
      </w:r>
      <w:r w:rsidR="00031E80">
        <w:rPr>
          <w:rFonts w:ascii="Times New Roman" w:hAnsi="Times New Roman" w:cs="Times New Roman"/>
          <w:i/>
          <w:iCs/>
          <w:sz w:val="24"/>
          <w:szCs w:val="24"/>
          <w:lang w:val="hu-HU"/>
        </w:rPr>
        <w:t>!</w:t>
      </w:r>
    </w:p>
    <w:p w14:paraId="5674600F" w14:textId="77777777" w:rsidR="00103EA0" w:rsidRDefault="00103EA0" w:rsidP="00BB3065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tbl>
      <w:tblPr>
        <w:tblStyle w:val="Rcsostblzat"/>
        <w:tblW w:w="0" w:type="auto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6"/>
        <w:gridCol w:w="2927"/>
        <w:gridCol w:w="2927"/>
      </w:tblGrid>
      <w:tr w:rsidR="00103EA0" w14:paraId="62AC087F" w14:textId="77777777" w:rsidTr="00103EA0">
        <w:tc>
          <w:tcPr>
            <w:tcW w:w="2926" w:type="dxa"/>
            <w:vAlign w:val="center"/>
          </w:tcPr>
          <w:p w14:paraId="659A14DC" w14:textId="13BDCCED" w:rsidR="00103EA0" w:rsidRDefault="00103EA0" w:rsidP="00103E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személyes</w:t>
            </w:r>
          </w:p>
        </w:tc>
        <w:tc>
          <w:tcPr>
            <w:tcW w:w="2927" w:type="dxa"/>
            <w:vAlign w:val="center"/>
          </w:tcPr>
          <w:p w14:paraId="631F1DA0" w14:textId="177F8088" w:rsidR="00103EA0" w:rsidRDefault="00103EA0" w:rsidP="00103E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hibrid</w:t>
            </w:r>
          </w:p>
        </w:tc>
        <w:tc>
          <w:tcPr>
            <w:tcW w:w="2927" w:type="dxa"/>
            <w:vAlign w:val="center"/>
          </w:tcPr>
          <w:p w14:paraId="3BC07DEF" w14:textId="69D7456D" w:rsidR="00103EA0" w:rsidRDefault="00103EA0" w:rsidP="00103E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online</w:t>
            </w:r>
          </w:p>
        </w:tc>
      </w:tr>
    </w:tbl>
    <w:p w14:paraId="53A3A277" w14:textId="77777777" w:rsidR="00103EA0" w:rsidRDefault="00103EA0" w:rsidP="00BB3065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14:paraId="537493A8" w14:textId="4FF155F1" w:rsidR="00103EA0" w:rsidRDefault="00103EA0" w:rsidP="00BB3065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Hibrid vagy online műhelyvita szervezése esetében a kérelem indoka(i):</w:t>
      </w:r>
    </w:p>
    <w:p w14:paraId="1A9B93B6" w14:textId="77777777" w:rsidR="00103EA0" w:rsidRPr="00B70BB9" w:rsidRDefault="00103EA0" w:rsidP="00103EA0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B70BB9">
        <w:rPr>
          <w:rFonts w:ascii="Times New Roman" w:hAnsi="Times New Roman" w:cs="Times New Roman"/>
          <w:sz w:val="24"/>
          <w:szCs w:val="24"/>
          <w:lang w:val="hu-H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34DF030" w14:textId="77777777" w:rsidR="00103EA0" w:rsidRDefault="00103EA0" w:rsidP="00BB3065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14:paraId="1286488F" w14:textId="77777777" w:rsidR="00103EA0" w:rsidRPr="00B70BB9" w:rsidRDefault="00103EA0" w:rsidP="00103EA0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B70BB9">
        <w:rPr>
          <w:rFonts w:ascii="Times New Roman" w:hAnsi="Times New Roman" w:cs="Times New Roman"/>
          <w:sz w:val="24"/>
          <w:szCs w:val="24"/>
          <w:lang w:val="hu-HU"/>
        </w:rPr>
        <w:t>Kérem a Doktori Iskola támogatását a műhelyvita szervezése és a javasolt elő-opponensek jóváhagyása ügyében.</w:t>
      </w:r>
    </w:p>
    <w:p w14:paraId="15810AC1" w14:textId="77777777" w:rsidR="00103EA0" w:rsidRPr="00B70BB9" w:rsidRDefault="00103EA0" w:rsidP="00BB3065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14:paraId="39BDBEDE" w14:textId="487BFB56" w:rsidR="00800493" w:rsidRPr="00B70BB9" w:rsidRDefault="00744456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B70BB9">
        <w:rPr>
          <w:rFonts w:ascii="Times New Roman" w:hAnsi="Times New Roman" w:cs="Times New Roman"/>
          <w:sz w:val="24"/>
          <w:szCs w:val="24"/>
          <w:lang w:val="hu-HU"/>
        </w:rPr>
        <w:t>Tisztelettel:</w:t>
      </w:r>
    </w:p>
    <w:p w14:paraId="3BFBAEF5" w14:textId="306D9EE3" w:rsidR="00D15533" w:rsidRPr="00B70BB9" w:rsidRDefault="00D15533" w:rsidP="00D15533">
      <w:pPr>
        <w:rPr>
          <w:rFonts w:ascii="Times New Roman" w:hAnsi="Times New Roman"/>
          <w:lang w:val="hu-HU"/>
        </w:rPr>
      </w:pPr>
      <w:r w:rsidRPr="00B70BB9">
        <w:rPr>
          <w:rFonts w:ascii="Times New Roman" w:hAnsi="Times New Roman"/>
          <w:lang w:val="hu-HU"/>
        </w:rPr>
        <w:t>………………………………….</w:t>
      </w:r>
      <w:r w:rsidRPr="00B70BB9">
        <w:rPr>
          <w:rFonts w:ascii="Times New Roman" w:hAnsi="Times New Roman"/>
          <w:lang w:val="hu-HU"/>
        </w:rPr>
        <w:tab/>
      </w:r>
      <w:r w:rsidRPr="00B70BB9">
        <w:rPr>
          <w:rFonts w:ascii="Times New Roman" w:hAnsi="Times New Roman"/>
          <w:lang w:val="hu-HU"/>
        </w:rPr>
        <w:tab/>
      </w:r>
      <w:r w:rsidRPr="00B70BB9">
        <w:rPr>
          <w:rFonts w:ascii="Times New Roman" w:hAnsi="Times New Roman"/>
          <w:lang w:val="hu-HU"/>
        </w:rPr>
        <w:tab/>
        <w:t>……………………………………</w:t>
      </w:r>
    </w:p>
    <w:p w14:paraId="7A61A5B4" w14:textId="6148D817" w:rsidR="006B005B" w:rsidRPr="00B70BB9" w:rsidRDefault="00D15533" w:rsidP="00D15533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B70BB9">
        <w:rPr>
          <w:rFonts w:ascii="Times New Roman" w:hAnsi="Times New Roman" w:cs="Times New Roman"/>
          <w:sz w:val="24"/>
          <w:szCs w:val="24"/>
          <w:lang w:val="hu-HU"/>
        </w:rPr>
        <w:t>[Név]</w:t>
      </w:r>
      <w:r w:rsidR="00744456" w:rsidRPr="00B70BB9">
        <w:rPr>
          <w:rFonts w:ascii="Times New Roman" w:hAnsi="Times New Roman" w:cs="Times New Roman"/>
          <w:sz w:val="24"/>
          <w:szCs w:val="24"/>
          <w:lang w:val="hu-HU"/>
        </w:rPr>
        <w:tab/>
      </w:r>
      <w:r w:rsidR="00744456" w:rsidRPr="00B70BB9">
        <w:rPr>
          <w:rFonts w:ascii="Times New Roman" w:hAnsi="Times New Roman" w:cs="Times New Roman"/>
          <w:sz w:val="24"/>
          <w:szCs w:val="24"/>
          <w:lang w:val="hu-HU"/>
        </w:rPr>
        <w:tab/>
      </w:r>
      <w:r w:rsidR="00744456" w:rsidRPr="00B70BB9">
        <w:rPr>
          <w:rFonts w:ascii="Times New Roman" w:hAnsi="Times New Roman" w:cs="Times New Roman"/>
          <w:sz w:val="24"/>
          <w:szCs w:val="24"/>
          <w:lang w:val="hu-HU"/>
        </w:rPr>
        <w:tab/>
      </w:r>
      <w:r w:rsidR="00744456" w:rsidRPr="00B70BB9">
        <w:rPr>
          <w:rFonts w:ascii="Times New Roman" w:hAnsi="Times New Roman" w:cs="Times New Roman"/>
          <w:sz w:val="24"/>
          <w:szCs w:val="24"/>
          <w:lang w:val="hu-HU"/>
        </w:rPr>
        <w:tab/>
      </w:r>
      <w:r w:rsidR="00744456" w:rsidRPr="00B70BB9">
        <w:rPr>
          <w:rFonts w:ascii="Times New Roman" w:hAnsi="Times New Roman" w:cs="Times New Roman"/>
          <w:sz w:val="24"/>
          <w:szCs w:val="24"/>
          <w:lang w:val="hu-HU"/>
        </w:rPr>
        <w:tab/>
      </w:r>
      <w:r w:rsidR="00744456" w:rsidRPr="00B70BB9">
        <w:rPr>
          <w:rFonts w:ascii="Times New Roman" w:hAnsi="Times New Roman" w:cs="Times New Roman"/>
          <w:sz w:val="24"/>
          <w:szCs w:val="24"/>
          <w:lang w:val="hu-HU"/>
        </w:rPr>
        <w:tab/>
      </w:r>
      <w:r w:rsidR="00744456" w:rsidRPr="00B70BB9">
        <w:rPr>
          <w:rFonts w:ascii="Times New Roman" w:hAnsi="Times New Roman" w:cs="Times New Roman"/>
          <w:sz w:val="24"/>
          <w:szCs w:val="24"/>
          <w:lang w:val="hu-HU"/>
        </w:rPr>
        <w:tab/>
        <w:t>[Név]</w:t>
      </w:r>
      <w:r w:rsidR="00744456" w:rsidRPr="00B70BB9">
        <w:rPr>
          <w:rFonts w:ascii="Times New Roman" w:hAnsi="Times New Roman" w:cs="Times New Roman"/>
          <w:sz w:val="24"/>
          <w:szCs w:val="24"/>
          <w:lang w:val="hu-HU"/>
        </w:rPr>
        <w:br/>
        <w:t>Témavezető</w:t>
      </w:r>
      <w:r w:rsidR="00744456" w:rsidRPr="00B70BB9">
        <w:rPr>
          <w:rFonts w:ascii="Times New Roman" w:hAnsi="Times New Roman" w:cs="Times New Roman"/>
          <w:sz w:val="24"/>
          <w:szCs w:val="24"/>
          <w:lang w:val="hu-HU"/>
        </w:rPr>
        <w:tab/>
      </w:r>
      <w:r w:rsidR="00744456" w:rsidRPr="00B70BB9">
        <w:rPr>
          <w:rFonts w:ascii="Times New Roman" w:hAnsi="Times New Roman" w:cs="Times New Roman"/>
          <w:sz w:val="24"/>
          <w:szCs w:val="24"/>
          <w:lang w:val="hu-HU"/>
        </w:rPr>
        <w:tab/>
      </w:r>
      <w:r w:rsidR="00744456" w:rsidRPr="00B70BB9">
        <w:rPr>
          <w:rFonts w:ascii="Times New Roman" w:hAnsi="Times New Roman" w:cs="Times New Roman"/>
          <w:sz w:val="24"/>
          <w:szCs w:val="24"/>
          <w:lang w:val="hu-HU"/>
        </w:rPr>
        <w:tab/>
      </w:r>
      <w:r w:rsidR="00744456" w:rsidRPr="00B70BB9">
        <w:rPr>
          <w:rFonts w:ascii="Times New Roman" w:hAnsi="Times New Roman" w:cs="Times New Roman"/>
          <w:sz w:val="24"/>
          <w:szCs w:val="24"/>
          <w:lang w:val="hu-HU"/>
        </w:rPr>
        <w:tab/>
      </w:r>
      <w:r w:rsidR="00744456" w:rsidRPr="00B70BB9">
        <w:rPr>
          <w:rFonts w:ascii="Times New Roman" w:hAnsi="Times New Roman" w:cs="Times New Roman"/>
          <w:sz w:val="24"/>
          <w:szCs w:val="24"/>
          <w:lang w:val="hu-HU"/>
        </w:rPr>
        <w:tab/>
      </w:r>
      <w:r w:rsidR="00744456" w:rsidRPr="00B70BB9">
        <w:rPr>
          <w:rFonts w:ascii="Times New Roman" w:hAnsi="Times New Roman" w:cs="Times New Roman"/>
          <w:sz w:val="24"/>
          <w:szCs w:val="24"/>
          <w:lang w:val="hu-HU"/>
        </w:rPr>
        <w:tab/>
        <w:t>Társtémavezető</w:t>
      </w:r>
      <w:r w:rsidRPr="00B70BB9">
        <w:rPr>
          <w:rFonts w:ascii="Times New Roman" w:hAnsi="Times New Roman" w:cs="Times New Roman"/>
          <w:sz w:val="24"/>
          <w:szCs w:val="24"/>
          <w:lang w:val="hu-HU"/>
        </w:rPr>
        <w:br/>
      </w:r>
    </w:p>
    <w:sectPr w:rsidR="006B005B" w:rsidRPr="00B70BB9" w:rsidSect="00D15533">
      <w:pgSz w:w="12240" w:h="15840"/>
      <w:pgMar w:top="284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08284793">
    <w:abstractNumId w:val="8"/>
  </w:num>
  <w:num w:numId="2" w16cid:durableId="1746102357">
    <w:abstractNumId w:val="6"/>
  </w:num>
  <w:num w:numId="3" w16cid:durableId="1378355594">
    <w:abstractNumId w:val="5"/>
  </w:num>
  <w:num w:numId="4" w16cid:durableId="533546529">
    <w:abstractNumId w:val="4"/>
  </w:num>
  <w:num w:numId="5" w16cid:durableId="2028285115">
    <w:abstractNumId w:val="7"/>
  </w:num>
  <w:num w:numId="6" w16cid:durableId="359478195">
    <w:abstractNumId w:val="3"/>
  </w:num>
  <w:num w:numId="7" w16cid:durableId="982543548">
    <w:abstractNumId w:val="2"/>
  </w:num>
  <w:num w:numId="8" w16cid:durableId="457719651">
    <w:abstractNumId w:val="1"/>
  </w:num>
  <w:num w:numId="9" w16cid:durableId="1874227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1E80"/>
    <w:rsid w:val="00034616"/>
    <w:rsid w:val="0006063C"/>
    <w:rsid w:val="000A48C4"/>
    <w:rsid w:val="00103EA0"/>
    <w:rsid w:val="00126849"/>
    <w:rsid w:val="00147327"/>
    <w:rsid w:val="0015074B"/>
    <w:rsid w:val="0029639D"/>
    <w:rsid w:val="002B1333"/>
    <w:rsid w:val="003241F1"/>
    <w:rsid w:val="00326F90"/>
    <w:rsid w:val="00356FA8"/>
    <w:rsid w:val="004568B8"/>
    <w:rsid w:val="00465E52"/>
    <w:rsid w:val="004C01AB"/>
    <w:rsid w:val="005E0E03"/>
    <w:rsid w:val="00631BCA"/>
    <w:rsid w:val="00657057"/>
    <w:rsid w:val="00663D79"/>
    <w:rsid w:val="006B005B"/>
    <w:rsid w:val="006F728E"/>
    <w:rsid w:val="00742B85"/>
    <w:rsid w:val="00744456"/>
    <w:rsid w:val="00775A87"/>
    <w:rsid w:val="00800493"/>
    <w:rsid w:val="0082796E"/>
    <w:rsid w:val="00880079"/>
    <w:rsid w:val="009A7884"/>
    <w:rsid w:val="00A676AB"/>
    <w:rsid w:val="00AA1D8D"/>
    <w:rsid w:val="00B47730"/>
    <w:rsid w:val="00B70BB9"/>
    <w:rsid w:val="00BB3065"/>
    <w:rsid w:val="00BC3BB6"/>
    <w:rsid w:val="00CB0664"/>
    <w:rsid w:val="00CB1811"/>
    <w:rsid w:val="00CB183F"/>
    <w:rsid w:val="00CD2BB9"/>
    <w:rsid w:val="00D15533"/>
    <w:rsid w:val="00D42362"/>
    <w:rsid w:val="00E323F6"/>
    <w:rsid w:val="00EF25C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50A340"/>
  <w14:defaultImageDpi w14:val="300"/>
  <w15:docId w15:val="{499BC262-04E7-4E94-9908-305BE3F94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264</Words>
  <Characters>1823</Characters>
  <Application>Microsoft Office Word</Application>
  <DocSecurity>0</DocSecurity>
  <Lines>15</Lines>
  <Paragraphs>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Lukács Eszter</cp:lastModifiedBy>
  <cp:revision>27</cp:revision>
  <dcterms:created xsi:type="dcterms:W3CDTF">2013-12-23T23:15:00Z</dcterms:created>
  <dcterms:modified xsi:type="dcterms:W3CDTF">2026-09-24T09:13:00Z</dcterms:modified>
  <cp:category/>
</cp:coreProperties>
</file>