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89ED0" w14:textId="77777777" w:rsidR="00D6055B" w:rsidRDefault="00D6055B" w:rsidP="00D15533">
      <w:pPr>
        <w:rPr>
          <w:rFonts w:ascii="Times New Roman" w:hAnsi="Times New Roman" w:cs="Times New Roman"/>
          <w:sz w:val="24"/>
          <w:szCs w:val="24"/>
          <w:lang w:val="hu-HU"/>
        </w:rPr>
      </w:pPr>
    </w:p>
    <w:p w14:paraId="07218F16" w14:textId="77777777" w:rsidR="00D6055B" w:rsidRPr="00EC44EF" w:rsidRDefault="00D6055B" w:rsidP="00D6055B">
      <w:pPr>
        <w:jc w:val="center"/>
        <w:rPr>
          <w:rFonts w:ascii="Times New Roman" w:hAnsi="Times New Roman" w:cs="Times New Roman"/>
          <w:sz w:val="28"/>
          <w:szCs w:val="28"/>
        </w:rPr>
      </w:pPr>
      <w:r w:rsidRPr="00EC44EF">
        <w:rPr>
          <w:rFonts w:ascii="Times New Roman" w:hAnsi="Times New Roman" w:cs="Times New Roman"/>
          <w:b/>
          <w:bCs/>
          <w:sz w:val="28"/>
          <w:szCs w:val="28"/>
        </w:rPr>
        <w:t>REQUEST</w:t>
      </w:r>
    </w:p>
    <w:p w14:paraId="2D7AE91B" w14:textId="77777777" w:rsidR="00D6055B" w:rsidRPr="00EC44EF" w:rsidRDefault="00D6055B" w:rsidP="00D6055B">
      <w:pPr>
        <w:rPr>
          <w:rFonts w:ascii="Times New Roman" w:hAnsi="Times New Roman" w:cs="Times New Roman"/>
          <w:sz w:val="24"/>
          <w:szCs w:val="24"/>
        </w:rPr>
      </w:pPr>
    </w:p>
    <w:p w14:paraId="5F4D7E6C" w14:textId="77777777" w:rsidR="00D6055B" w:rsidRPr="004C6F03" w:rsidRDefault="00D6055B" w:rsidP="00D6055B">
      <w:pPr>
        <w:rPr>
          <w:rFonts w:ascii="Times New Roman" w:hAnsi="Times New Roman" w:cs="Times New Roman"/>
          <w:b/>
          <w:bCs/>
          <w:sz w:val="24"/>
          <w:szCs w:val="24"/>
        </w:rPr>
      </w:pPr>
      <w:r w:rsidRPr="004C6F03">
        <w:rPr>
          <w:rFonts w:ascii="Times New Roman" w:hAnsi="Times New Roman" w:cs="Times New Roman"/>
          <w:b/>
          <w:bCs/>
          <w:sz w:val="24"/>
          <w:szCs w:val="24"/>
        </w:rPr>
        <w:t>To:</w:t>
      </w:r>
    </w:p>
    <w:p w14:paraId="3AF7ED15" w14:textId="77777777" w:rsidR="00D6055B" w:rsidRPr="00EC44EF" w:rsidRDefault="00D6055B" w:rsidP="00D6055B">
      <w:pPr>
        <w:rPr>
          <w:rFonts w:ascii="Times New Roman" w:hAnsi="Times New Roman" w:cs="Times New Roman"/>
          <w:sz w:val="24"/>
          <w:szCs w:val="24"/>
        </w:rPr>
      </w:pPr>
      <w:r w:rsidRPr="00EC44EF">
        <w:rPr>
          <w:rFonts w:ascii="Times New Roman" w:hAnsi="Times New Roman" w:cs="Times New Roman"/>
          <w:b/>
          <w:bCs/>
          <w:sz w:val="24"/>
          <w:szCs w:val="24"/>
        </w:rPr>
        <w:t>Prof. Dr. László Kovács</w:t>
      </w:r>
      <w:r w:rsidRPr="00EC44EF">
        <w:rPr>
          <w:rFonts w:ascii="Times New Roman" w:hAnsi="Times New Roman" w:cs="Times New Roman"/>
          <w:sz w:val="24"/>
          <w:szCs w:val="24"/>
        </w:rPr>
        <w:t>, University Professor</w:t>
      </w:r>
      <w:r w:rsidRPr="00EC44EF">
        <w:rPr>
          <w:rFonts w:ascii="Times New Roman" w:hAnsi="Times New Roman" w:cs="Times New Roman"/>
          <w:sz w:val="24"/>
          <w:szCs w:val="24"/>
        </w:rPr>
        <w:br/>
        <w:t>Head of the József Hatvany Doctoral School of Informatics</w:t>
      </w:r>
    </w:p>
    <w:p w14:paraId="544F19BE" w14:textId="12662798" w:rsidR="00D6055B" w:rsidRPr="00EC44EF" w:rsidRDefault="00D6055B" w:rsidP="00D6055B">
      <w:pPr>
        <w:jc w:val="both"/>
        <w:rPr>
          <w:rFonts w:ascii="Times New Roman" w:hAnsi="Times New Roman" w:cs="Times New Roman"/>
          <w:sz w:val="24"/>
          <w:szCs w:val="24"/>
        </w:rPr>
      </w:pPr>
      <w:r w:rsidRPr="00EC44EF">
        <w:rPr>
          <w:rFonts w:ascii="Times New Roman" w:hAnsi="Times New Roman" w:cs="Times New Roman"/>
          <w:b/>
          <w:bCs/>
          <w:sz w:val="24"/>
          <w:szCs w:val="24"/>
        </w:rPr>
        <w:t xml:space="preserve">Subject: Request for Permission </w:t>
      </w:r>
      <w:proofErr w:type="gramStart"/>
      <w:r w:rsidR="00AC6D61">
        <w:rPr>
          <w:rFonts w:ascii="Times New Roman" w:hAnsi="Times New Roman" w:cs="Times New Roman"/>
          <w:b/>
          <w:bCs/>
          <w:sz w:val="24"/>
          <w:szCs w:val="24"/>
        </w:rPr>
        <w:t>for</w:t>
      </w:r>
      <w:proofErr w:type="gramEnd"/>
      <w:r w:rsidR="00AC6D61">
        <w:rPr>
          <w:rFonts w:ascii="Times New Roman" w:hAnsi="Times New Roman" w:cs="Times New Roman"/>
          <w:b/>
          <w:bCs/>
          <w:sz w:val="24"/>
          <w:szCs w:val="24"/>
        </w:rPr>
        <w:t xml:space="preserve"> organize</w:t>
      </w:r>
      <w:r w:rsidR="00AC6D61" w:rsidRPr="00AC6D61">
        <w:rPr>
          <w:rFonts w:ascii="Times New Roman" w:hAnsi="Times New Roman" w:cs="Times New Roman"/>
          <w:b/>
          <w:bCs/>
          <w:sz w:val="24"/>
          <w:szCs w:val="24"/>
        </w:rPr>
        <w:t xml:space="preserve"> </w:t>
      </w:r>
      <w:proofErr w:type="gramStart"/>
      <w:r w:rsidR="00AC6D61">
        <w:rPr>
          <w:rFonts w:ascii="Times New Roman" w:hAnsi="Times New Roman" w:cs="Times New Roman"/>
          <w:b/>
          <w:bCs/>
          <w:sz w:val="24"/>
          <w:szCs w:val="24"/>
        </w:rPr>
        <w:t>Home</w:t>
      </w:r>
      <w:proofErr w:type="gramEnd"/>
      <w:r w:rsidR="00AC6D61">
        <w:rPr>
          <w:rFonts w:ascii="Times New Roman" w:hAnsi="Times New Roman" w:cs="Times New Roman"/>
          <w:b/>
          <w:bCs/>
          <w:sz w:val="24"/>
          <w:szCs w:val="24"/>
        </w:rPr>
        <w:t xml:space="preserve"> defense</w:t>
      </w:r>
    </w:p>
    <w:p w14:paraId="799B6310" w14:textId="77777777" w:rsidR="00D6055B" w:rsidRPr="00EC44EF" w:rsidRDefault="00D6055B" w:rsidP="00D6055B">
      <w:pPr>
        <w:jc w:val="both"/>
        <w:rPr>
          <w:rFonts w:ascii="Times New Roman" w:hAnsi="Times New Roman" w:cs="Times New Roman"/>
          <w:sz w:val="24"/>
          <w:szCs w:val="24"/>
        </w:rPr>
      </w:pPr>
      <w:r w:rsidRPr="00EC44EF">
        <w:rPr>
          <w:rFonts w:ascii="Times New Roman" w:hAnsi="Times New Roman" w:cs="Times New Roman"/>
          <w:sz w:val="24"/>
          <w:szCs w:val="24"/>
        </w:rPr>
        <w:t>Dear Professor,</w:t>
      </w:r>
    </w:p>
    <w:p w14:paraId="3D48046A" w14:textId="3D22DD6B" w:rsidR="00E2519A" w:rsidRDefault="00E2519A" w:rsidP="00D6055B">
      <w:pPr>
        <w:jc w:val="both"/>
        <w:rPr>
          <w:rFonts w:ascii="Times New Roman" w:hAnsi="Times New Roman" w:cs="Times New Roman"/>
          <w:sz w:val="24"/>
          <w:szCs w:val="24"/>
        </w:rPr>
      </w:pPr>
      <w:r w:rsidRPr="00E2519A">
        <w:rPr>
          <w:rFonts w:ascii="Times New Roman" w:hAnsi="Times New Roman" w:cs="Times New Roman"/>
          <w:sz w:val="24"/>
          <w:szCs w:val="24"/>
        </w:rPr>
        <w:t>I</w:t>
      </w:r>
      <w:r w:rsidR="00427E8B">
        <w:rPr>
          <w:rFonts w:ascii="Times New Roman" w:hAnsi="Times New Roman" w:cs="Times New Roman"/>
          <w:sz w:val="24"/>
          <w:szCs w:val="24"/>
        </w:rPr>
        <w:t>/We</w:t>
      </w:r>
      <w:r w:rsidRPr="00E2519A">
        <w:rPr>
          <w:rFonts w:ascii="Times New Roman" w:hAnsi="Times New Roman" w:cs="Times New Roman"/>
          <w:sz w:val="24"/>
          <w:szCs w:val="24"/>
        </w:rPr>
        <w:t xml:space="preserve"> hereby request your permission to organize the </w:t>
      </w:r>
      <w:proofErr w:type="gramStart"/>
      <w:r w:rsidR="000F6550">
        <w:rPr>
          <w:rFonts w:ascii="Times New Roman" w:hAnsi="Times New Roman" w:cs="Times New Roman"/>
          <w:sz w:val="24"/>
          <w:szCs w:val="24"/>
        </w:rPr>
        <w:t>Home</w:t>
      </w:r>
      <w:proofErr w:type="gramEnd"/>
      <w:r>
        <w:rPr>
          <w:rFonts w:ascii="Times New Roman" w:hAnsi="Times New Roman" w:cs="Times New Roman"/>
          <w:sz w:val="24"/>
          <w:szCs w:val="24"/>
        </w:rPr>
        <w:t xml:space="preserve"> defense</w:t>
      </w:r>
      <w:r w:rsidRPr="00E2519A">
        <w:rPr>
          <w:rFonts w:ascii="Times New Roman" w:hAnsi="Times New Roman" w:cs="Times New Roman"/>
          <w:sz w:val="24"/>
          <w:szCs w:val="24"/>
        </w:rPr>
        <w:t xml:space="preserve"> for the PhD student [PhD student’s name, Neptun code] on [Proposed Date].</w:t>
      </w:r>
    </w:p>
    <w:p w14:paraId="49CFC98A" w14:textId="4895FE42" w:rsidR="00D6055B" w:rsidRPr="00EC44EF" w:rsidRDefault="00D6055B" w:rsidP="00D6055B">
      <w:pPr>
        <w:jc w:val="both"/>
        <w:rPr>
          <w:rFonts w:ascii="Times New Roman" w:hAnsi="Times New Roman" w:cs="Times New Roman"/>
          <w:sz w:val="24"/>
          <w:szCs w:val="24"/>
        </w:rPr>
      </w:pPr>
      <w:r w:rsidRPr="00EC44EF">
        <w:rPr>
          <w:rFonts w:ascii="Times New Roman" w:hAnsi="Times New Roman" w:cs="Times New Roman"/>
          <w:b/>
          <w:bCs/>
          <w:sz w:val="24"/>
          <w:szCs w:val="24"/>
        </w:rPr>
        <w:t>Justification for the request:</w:t>
      </w:r>
    </w:p>
    <w:p w14:paraId="43739DAE" w14:textId="77777777" w:rsidR="00D6055B" w:rsidRPr="00EC44EF" w:rsidRDefault="00D6055B" w:rsidP="00D6055B">
      <w:pPr>
        <w:jc w:val="both"/>
        <w:rPr>
          <w:rFonts w:ascii="Times New Roman" w:hAnsi="Times New Roman" w:cs="Times New Roman"/>
          <w:sz w:val="24"/>
          <w:szCs w:val="24"/>
        </w:rPr>
      </w:pPr>
      <w:r w:rsidRPr="00EC44EF">
        <w:rPr>
          <w:rFonts w:ascii="Times New Roman" w:hAnsi="Times New Roman" w:cs="Times New Roman"/>
          <w:sz w:val="24"/>
          <w:szCs w:val="24"/>
        </w:rPr>
        <w:t>………………………………………………………………………………………………………………………………………………………………………………………………………………………………………………………………………………………………………………………………………………………………………………………………………………………………………………………………………………………………</w:t>
      </w:r>
    </w:p>
    <w:p w14:paraId="078C6BF0" w14:textId="77777777" w:rsidR="00E2519A" w:rsidRPr="00E2519A" w:rsidRDefault="00E2519A" w:rsidP="00E2519A">
      <w:pPr>
        <w:jc w:val="both"/>
        <w:rPr>
          <w:rFonts w:ascii="Times New Roman" w:hAnsi="Times New Roman" w:cs="Times New Roman"/>
          <w:sz w:val="24"/>
          <w:szCs w:val="24"/>
        </w:rPr>
      </w:pPr>
      <w:r w:rsidRPr="00E2519A">
        <w:rPr>
          <w:rFonts w:ascii="Times New Roman" w:hAnsi="Times New Roman" w:cs="Times New Roman"/>
          <w:sz w:val="24"/>
          <w:szCs w:val="24"/>
        </w:rPr>
        <w:t>Title of the doctoral dissertation:</w:t>
      </w:r>
    </w:p>
    <w:p w14:paraId="224670D2" w14:textId="4AF49FB3" w:rsidR="00E2519A" w:rsidRPr="00E2519A" w:rsidRDefault="00E2519A" w:rsidP="00E2519A">
      <w:pPr>
        <w:jc w:val="both"/>
        <w:rPr>
          <w:rFonts w:ascii="Times New Roman" w:hAnsi="Times New Roman" w:cs="Times New Roman"/>
          <w:sz w:val="24"/>
          <w:szCs w:val="24"/>
        </w:rPr>
      </w:pPr>
      <w:r w:rsidRPr="00E2519A">
        <w:rPr>
          <w:rFonts w:ascii="Times New Roman" w:hAnsi="Times New Roman" w:cs="Times New Roman"/>
          <w:sz w:val="24"/>
          <w:szCs w:val="24"/>
        </w:rPr>
        <w:t>………………………………………………………………………………………………</w:t>
      </w:r>
    </w:p>
    <w:p w14:paraId="045ECB51" w14:textId="34AB161B" w:rsidR="00E2519A" w:rsidRPr="00E2519A" w:rsidRDefault="00E2519A" w:rsidP="00E2519A">
      <w:pPr>
        <w:jc w:val="both"/>
        <w:rPr>
          <w:rFonts w:ascii="Times New Roman" w:hAnsi="Times New Roman" w:cs="Times New Roman"/>
          <w:sz w:val="24"/>
          <w:szCs w:val="24"/>
        </w:rPr>
      </w:pPr>
      <w:r w:rsidRPr="00E2519A">
        <w:rPr>
          <w:rFonts w:ascii="Times New Roman" w:hAnsi="Times New Roman" w:cs="Times New Roman"/>
          <w:sz w:val="24"/>
          <w:szCs w:val="24"/>
        </w:rPr>
        <w:t>Proposed preliminary opponents:</w:t>
      </w:r>
    </w:p>
    <w:p w14:paraId="43AA9261" w14:textId="428402CB" w:rsidR="00E2519A" w:rsidRPr="00E2519A" w:rsidRDefault="00427E8B" w:rsidP="00E2519A">
      <w:pPr>
        <w:jc w:val="both"/>
        <w:rPr>
          <w:rFonts w:ascii="Times New Roman" w:hAnsi="Times New Roman" w:cs="Times New Roman"/>
          <w:sz w:val="24"/>
          <w:szCs w:val="24"/>
        </w:rPr>
      </w:pPr>
      <w:r>
        <w:rPr>
          <w:rFonts w:ascii="Times New Roman" w:hAnsi="Times New Roman" w:cs="Times New Roman"/>
          <w:sz w:val="24"/>
          <w:szCs w:val="24"/>
        </w:rPr>
        <w:t xml:space="preserve">1. </w:t>
      </w:r>
      <w:r w:rsidR="00E2519A" w:rsidRPr="00E2519A">
        <w:rPr>
          <w:rFonts w:ascii="Times New Roman" w:hAnsi="Times New Roman" w:cs="Times New Roman"/>
          <w:sz w:val="24"/>
          <w:szCs w:val="24"/>
        </w:rPr>
        <w:t>[Name, Position]</w:t>
      </w:r>
    </w:p>
    <w:p w14:paraId="01BE76AC" w14:textId="77777777" w:rsidR="00E2519A" w:rsidRPr="00E2519A" w:rsidRDefault="00E2519A" w:rsidP="00E2519A">
      <w:pPr>
        <w:jc w:val="both"/>
        <w:rPr>
          <w:rFonts w:ascii="Times New Roman" w:hAnsi="Times New Roman" w:cs="Times New Roman"/>
          <w:sz w:val="24"/>
          <w:szCs w:val="24"/>
        </w:rPr>
      </w:pPr>
      <w:r w:rsidRPr="00E2519A">
        <w:rPr>
          <w:rFonts w:ascii="Times New Roman" w:hAnsi="Times New Roman" w:cs="Times New Roman"/>
          <w:sz w:val="24"/>
          <w:szCs w:val="24"/>
        </w:rPr>
        <w:t>[Institution / Workplace and Organizational Unit]</w:t>
      </w:r>
    </w:p>
    <w:p w14:paraId="3400E796" w14:textId="41B9F8C6" w:rsidR="00E2519A" w:rsidRDefault="00E2519A" w:rsidP="00E2519A">
      <w:pPr>
        <w:jc w:val="both"/>
        <w:rPr>
          <w:rFonts w:ascii="Times New Roman" w:hAnsi="Times New Roman" w:cs="Times New Roman"/>
          <w:sz w:val="24"/>
          <w:szCs w:val="24"/>
        </w:rPr>
      </w:pPr>
      <w:r w:rsidRPr="00E2519A">
        <w:rPr>
          <w:rFonts w:ascii="Times New Roman" w:hAnsi="Times New Roman" w:cs="Times New Roman"/>
          <w:sz w:val="24"/>
          <w:szCs w:val="24"/>
        </w:rPr>
        <w:t>[Email]</w:t>
      </w:r>
    </w:p>
    <w:p w14:paraId="3A8A2850" w14:textId="77777777" w:rsidR="00427E8B" w:rsidRPr="00E2519A" w:rsidRDefault="00427E8B" w:rsidP="00E2519A">
      <w:pPr>
        <w:jc w:val="both"/>
        <w:rPr>
          <w:rFonts w:ascii="Times New Roman" w:hAnsi="Times New Roman" w:cs="Times New Roman"/>
          <w:sz w:val="24"/>
          <w:szCs w:val="24"/>
        </w:rPr>
      </w:pPr>
    </w:p>
    <w:p w14:paraId="21C12DF2" w14:textId="470B19D1" w:rsidR="00E2519A" w:rsidRPr="00E2519A" w:rsidRDefault="00427E8B" w:rsidP="00E2519A">
      <w:pPr>
        <w:jc w:val="both"/>
        <w:rPr>
          <w:rFonts w:ascii="Times New Roman" w:hAnsi="Times New Roman" w:cs="Times New Roman"/>
          <w:sz w:val="24"/>
          <w:szCs w:val="24"/>
        </w:rPr>
      </w:pPr>
      <w:r>
        <w:rPr>
          <w:rFonts w:ascii="Times New Roman" w:hAnsi="Times New Roman" w:cs="Times New Roman"/>
          <w:sz w:val="24"/>
          <w:szCs w:val="24"/>
        </w:rPr>
        <w:t xml:space="preserve">2. </w:t>
      </w:r>
      <w:r w:rsidR="00E2519A" w:rsidRPr="00E2519A">
        <w:rPr>
          <w:rFonts w:ascii="Times New Roman" w:hAnsi="Times New Roman" w:cs="Times New Roman"/>
          <w:sz w:val="24"/>
          <w:szCs w:val="24"/>
        </w:rPr>
        <w:t>[Name, Position]</w:t>
      </w:r>
    </w:p>
    <w:p w14:paraId="0B0C618D" w14:textId="77777777" w:rsidR="00E2519A" w:rsidRPr="00E2519A" w:rsidRDefault="00E2519A" w:rsidP="00E2519A">
      <w:pPr>
        <w:jc w:val="both"/>
        <w:rPr>
          <w:rFonts w:ascii="Times New Roman" w:hAnsi="Times New Roman" w:cs="Times New Roman"/>
          <w:sz w:val="24"/>
          <w:szCs w:val="24"/>
        </w:rPr>
      </w:pPr>
      <w:r w:rsidRPr="00E2519A">
        <w:rPr>
          <w:rFonts w:ascii="Times New Roman" w:hAnsi="Times New Roman" w:cs="Times New Roman"/>
          <w:sz w:val="24"/>
          <w:szCs w:val="24"/>
        </w:rPr>
        <w:t>[Institution / Workplace and Organizational Unit]</w:t>
      </w:r>
    </w:p>
    <w:p w14:paraId="6CB59EFB" w14:textId="22F06B3F" w:rsidR="006146A6" w:rsidRDefault="00E2519A" w:rsidP="006146A6">
      <w:pPr>
        <w:jc w:val="both"/>
        <w:rPr>
          <w:rFonts w:ascii="Times New Roman" w:hAnsi="Times New Roman" w:cs="Times New Roman"/>
          <w:sz w:val="24"/>
          <w:szCs w:val="24"/>
        </w:rPr>
      </w:pPr>
      <w:r w:rsidRPr="00E2519A">
        <w:rPr>
          <w:rFonts w:ascii="Times New Roman" w:hAnsi="Times New Roman" w:cs="Times New Roman"/>
          <w:sz w:val="24"/>
          <w:szCs w:val="24"/>
        </w:rPr>
        <w:t>[Email]</w:t>
      </w:r>
    </w:p>
    <w:p w14:paraId="5059B22A" w14:textId="77777777" w:rsidR="006146A6" w:rsidRDefault="006146A6" w:rsidP="006146A6">
      <w:pPr>
        <w:jc w:val="both"/>
        <w:rPr>
          <w:rFonts w:ascii="Times New Roman" w:hAnsi="Times New Roman" w:cs="Times New Roman"/>
          <w:sz w:val="24"/>
          <w:szCs w:val="24"/>
        </w:rPr>
      </w:pPr>
    </w:p>
    <w:p w14:paraId="07882513" w14:textId="2C9BEEAD" w:rsidR="006146A6" w:rsidRDefault="006146A6" w:rsidP="006146A6">
      <w:pPr>
        <w:jc w:val="both"/>
        <w:rPr>
          <w:rFonts w:ascii="Times New Roman" w:hAnsi="Times New Roman" w:cs="Times New Roman"/>
          <w:sz w:val="24"/>
          <w:szCs w:val="24"/>
        </w:rPr>
      </w:pPr>
      <w:r w:rsidRPr="006146A6">
        <w:rPr>
          <w:rFonts w:ascii="Times New Roman" w:hAnsi="Times New Roman" w:cs="Times New Roman"/>
          <w:sz w:val="24"/>
          <w:szCs w:val="24"/>
        </w:rPr>
        <w:t xml:space="preserve">I acknowledge that, pursuant to Section 17(3) of the University of Miskolc’s Regulations </w:t>
      </w:r>
      <w:r>
        <w:rPr>
          <w:rFonts w:ascii="Times New Roman" w:hAnsi="Times New Roman" w:cs="Times New Roman"/>
          <w:sz w:val="24"/>
          <w:szCs w:val="24"/>
        </w:rPr>
        <w:t>for</w:t>
      </w:r>
      <w:r w:rsidRPr="006146A6">
        <w:rPr>
          <w:rFonts w:ascii="Times New Roman" w:hAnsi="Times New Roman" w:cs="Times New Roman"/>
          <w:sz w:val="24"/>
          <w:szCs w:val="24"/>
        </w:rPr>
        <w:t xml:space="preserve"> Doctoral </w:t>
      </w:r>
      <w:proofErr w:type="spellStart"/>
      <w:r>
        <w:rPr>
          <w:rFonts w:ascii="Times New Roman" w:hAnsi="Times New Roman" w:cs="Times New Roman"/>
          <w:sz w:val="24"/>
          <w:szCs w:val="24"/>
        </w:rPr>
        <w:t>Programmes</w:t>
      </w:r>
      <w:proofErr w:type="spellEnd"/>
      <w:r w:rsidRPr="006146A6">
        <w:rPr>
          <w:rFonts w:ascii="Times New Roman" w:hAnsi="Times New Roman" w:cs="Times New Roman"/>
          <w:sz w:val="24"/>
          <w:szCs w:val="24"/>
        </w:rPr>
        <w:t xml:space="preserve"> and</w:t>
      </w:r>
      <w:r>
        <w:rPr>
          <w:rFonts w:ascii="Times New Roman" w:hAnsi="Times New Roman" w:cs="Times New Roman"/>
          <w:sz w:val="24"/>
          <w:szCs w:val="24"/>
        </w:rPr>
        <w:t xml:space="preserve"> Obtaining a</w:t>
      </w:r>
      <w:r w:rsidRPr="006146A6">
        <w:rPr>
          <w:rFonts w:ascii="Times New Roman" w:hAnsi="Times New Roman" w:cs="Times New Roman"/>
          <w:sz w:val="24"/>
          <w:szCs w:val="24"/>
        </w:rPr>
        <w:t xml:space="preserve"> Doctoral </w:t>
      </w:r>
      <w:r>
        <w:rPr>
          <w:rFonts w:ascii="Times New Roman" w:hAnsi="Times New Roman" w:cs="Times New Roman"/>
          <w:sz w:val="24"/>
          <w:szCs w:val="24"/>
        </w:rPr>
        <w:t xml:space="preserve">(PhD) </w:t>
      </w:r>
      <w:r w:rsidRPr="006146A6">
        <w:rPr>
          <w:rFonts w:ascii="Times New Roman" w:hAnsi="Times New Roman" w:cs="Times New Roman"/>
          <w:sz w:val="24"/>
          <w:szCs w:val="24"/>
        </w:rPr>
        <w:t>Degrees, the academic</w:t>
      </w:r>
      <w:r>
        <w:rPr>
          <w:rFonts w:ascii="Times New Roman" w:hAnsi="Times New Roman" w:cs="Times New Roman"/>
          <w:sz w:val="24"/>
          <w:szCs w:val="24"/>
        </w:rPr>
        <w:t xml:space="preserve"> </w:t>
      </w:r>
      <w:r w:rsidRPr="006146A6">
        <w:rPr>
          <w:rFonts w:ascii="Times New Roman" w:hAnsi="Times New Roman" w:cs="Times New Roman"/>
          <w:sz w:val="24"/>
          <w:szCs w:val="24"/>
        </w:rPr>
        <w:t>seminar may be conducted as follows:</w:t>
      </w:r>
    </w:p>
    <w:p w14:paraId="03720224" w14:textId="02F696EE" w:rsidR="006146A6" w:rsidRDefault="006146A6" w:rsidP="006146A6">
      <w:pPr>
        <w:jc w:val="both"/>
        <w:rPr>
          <w:rFonts w:ascii="Times New Roman" w:hAnsi="Times New Roman" w:cs="Times New Roman"/>
          <w:i/>
          <w:iCs/>
          <w:sz w:val="24"/>
          <w:szCs w:val="24"/>
        </w:rPr>
      </w:pPr>
      <w:r w:rsidRPr="006146A6">
        <w:rPr>
          <w:rFonts w:ascii="Times New Roman" w:hAnsi="Times New Roman" w:cs="Times New Roman"/>
          <w:i/>
          <w:iCs/>
          <w:sz w:val="24"/>
          <w:szCs w:val="24"/>
        </w:rPr>
        <w:lastRenderedPageBreak/>
        <w:t xml:space="preserve">“The workshop debate shall be held at the main venue of the doctoral student's research activity, in a personal or hybrid format. A hybrid dissertation defense workshop may be </w:t>
      </w:r>
      <w:proofErr w:type="spellStart"/>
      <w:r w:rsidRPr="006146A6">
        <w:rPr>
          <w:rFonts w:ascii="Times New Roman" w:hAnsi="Times New Roman" w:cs="Times New Roman"/>
          <w:i/>
          <w:iCs/>
          <w:sz w:val="24"/>
          <w:szCs w:val="24"/>
        </w:rPr>
        <w:t>authorised</w:t>
      </w:r>
      <w:proofErr w:type="spellEnd"/>
      <w:r w:rsidRPr="006146A6">
        <w:rPr>
          <w:rFonts w:ascii="Times New Roman" w:hAnsi="Times New Roman" w:cs="Times New Roman"/>
          <w:i/>
          <w:iCs/>
          <w:sz w:val="24"/>
          <w:szCs w:val="24"/>
        </w:rPr>
        <w:t xml:space="preserve"> by the DDC, in which case the chairperson, the doctoral student, at least one of the preliminary reviewers of the dissertation, and a portion of the participants are present in person, while the remaining participants join online. In exceptionally deserving cases, due to reasons beyond the student's control, including medical reasons and certified medical risk, the DDC may </w:t>
      </w:r>
      <w:proofErr w:type="spellStart"/>
      <w:r w:rsidRPr="006146A6">
        <w:rPr>
          <w:rFonts w:ascii="Times New Roman" w:hAnsi="Times New Roman" w:cs="Times New Roman"/>
          <w:i/>
          <w:iCs/>
          <w:sz w:val="24"/>
          <w:szCs w:val="24"/>
        </w:rPr>
        <w:t>authorise</w:t>
      </w:r>
      <w:proofErr w:type="spellEnd"/>
      <w:r w:rsidRPr="006146A6">
        <w:rPr>
          <w:rFonts w:ascii="Times New Roman" w:hAnsi="Times New Roman" w:cs="Times New Roman"/>
          <w:i/>
          <w:iCs/>
          <w:sz w:val="24"/>
          <w:szCs w:val="24"/>
        </w:rPr>
        <w:t xml:space="preserve"> the doctoral student's online participation in the dissertation defense workshop.”</w:t>
      </w:r>
    </w:p>
    <w:p w14:paraId="35AA9629" w14:textId="77777777" w:rsidR="003F3B21" w:rsidRDefault="003F3B21" w:rsidP="006146A6">
      <w:pPr>
        <w:jc w:val="both"/>
        <w:rPr>
          <w:rFonts w:ascii="Times New Roman" w:hAnsi="Times New Roman" w:cs="Times New Roman"/>
          <w:i/>
          <w:iCs/>
          <w:sz w:val="24"/>
          <w:szCs w:val="24"/>
        </w:rPr>
      </w:pPr>
    </w:p>
    <w:p w14:paraId="6FCA9122" w14:textId="18E2E5F9" w:rsidR="003F3B21" w:rsidRDefault="003F3B21" w:rsidP="006146A6">
      <w:pPr>
        <w:jc w:val="both"/>
        <w:rPr>
          <w:rFonts w:ascii="Times New Roman" w:hAnsi="Times New Roman" w:cs="Times New Roman"/>
          <w:sz w:val="24"/>
          <w:szCs w:val="24"/>
        </w:rPr>
      </w:pPr>
      <w:r w:rsidRPr="003F3B21">
        <w:rPr>
          <w:rFonts w:ascii="Times New Roman" w:hAnsi="Times New Roman" w:cs="Times New Roman"/>
          <w:sz w:val="24"/>
          <w:szCs w:val="24"/>
        </w:rPr>
        <w:t xml:space="preserve">Format of the workshop </w:t>
      </w:r>
      <w:r>
        <w:rPr>
          <w:rFonts w:ascii="Times New Roman" w:hAnsi="Times New Roman" w:cs="Times New Roman"/>
          <w:sz w:val="24"/>
          <w:szCs w:val="24"/>
        </w:rPr>
        <w:t>debate</w:t>
      </w:r>
      <w:r w:rsidRPr="003F3B21">
        <w:rPr>
          <w:rFonts w:ascii="Times New Roman" w:hAnsi="Times New Roman" w:cs="Times New Roman"/>
          <w:sz w:val="24"/>
          <w:szCs w:val="24"/>
        </w:rPr>
        <w:t>:</w:t>
      </w:r>
      <w:r>
        <w:rPr>
          <w:rFonts w:ascii="Times New Roman" w:hAnsi="Times New Roman" w:cs="Times New Roman"/>
          <w:sz w:val="24"/>
          <w:szCs w:val="24"/>
        </w:rPr>
        <w:t xml:space="preserve"> </w:t>
      </w:r>
      <w:r w:rsidRPr="003F3B21">
        <w:rPr>
          <w:rFonts w:ascii="Times New Roman" w:hAnsi="Times New Roman" w:cs="Times New Roman"/>
          <w:i/>
          <w:iCs/>
          <w:sz w:val="24"/>
          <w:szCs w:val="24"/>
        </w:rPr>
        <w:t>Please underline the correct answer</w:t>
      </w:r>
    </w:p>
    <w:p w14:paraId="30936509" w14:textId="77777777" w:rsidR="003F3B21" w:rsidRDefault="003F3B21" w:rsidP="006146A6">
      <w:pPr>
        <w:jc w:val="both"/>
        <w:rPr>
          <w:rFonts w:ascii="Times New Roman" w:hAnsi="Times New Roman" w:cs="Times New Roman"/>
          <w:sz w:val="24"/>
          <w:szCs w:val="24"/>
        </w:rPr>
      </w:pPr>
    </w:p>
    <w:tbl>
      <w:tblPr>
        <w:tblStyle w:val="Rcsostblzat"/>
        <w:tblW w:w="0" w:type="auto"/>
        <w:tblInd w:w="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6"/>
        <w:gridCol w:w="2927"/>
        <w:gridCol w:w="2927"/>
      </w:tblGrid>
      <w:tr w:rsidR="003F3B21" w14:paraId="62E92183" w14:textId="77777777" w:rsidTr="003F3B21">
        <w:tc>
          <w:tcPr>
            <w:tcW w:w="2926" w:type="dxa"/>
            <w:vAlign w:val="center"/>
          </w:tcPr>
          <w:p w14:paraId="744D4C5F" w14:textId="1ECECD39" w:rsidR="003F3B21" w:rsidRDefault="003F3B21" w:rsidP="003F3B21">
            <w:pPr>
              <w:jc w:val="center"/>
              <w:rPr>
                <w:rFonts w:ascii="Times New Roman" w:hAnsi="Times New Roman" w:cs="Times New Roman"/>
                <w:sz w:val="24"/>
                <w:szCs w:val="24"/>
              </w:rPr>
            </w:pPr>
            <w:r>
              <w:rPr>
                <w:rFonts w:ascii="Times New Roman" w:hAnsi="Times New Roman" w:cs="Times New Roman"/>
                <w:sz w:val="24"/>
                <w:szCs w:val="24"/>
              </w:rPr>
              <w:t>personal</w:t>
            </w:r>
          </w:p>
        </w:tc>
        <w:tc>
          <w:tcPr>
            <w:tcW w:w="2927" w:type="dxa"/>
            <w:vAlign w:val="center"/>
          </w:tcPr>
          <w:p w14:paraId="5477C994" w14:textId="397398C4" w:rsidR="003F3B21" w:rsidRDefault="003F3B21" w:rsidP="003F3B21">
            <w:pPr>
              <w:jc w:val="center"/>
              <w:rPr>
                <w:rFonts w:ascii="Times New Roman" w:hAnsi="Times New Roman" w:cs="Times New Roman"/>
                <w:sz w:val="24"/>
                <w:szCs w:val="24"/>
              </w:rPr>
            </w:pPr>
            <w:r>
              <w:rPr>
                <w:rFonts w:ascii="Times New Roman" w:hAnsi="Times New Roman" w:cs="Times New Roman"/>
                <w:sz w:val="24"/>
                <w:szCs w:val="24"/>
              </w:rPr>
              <w:t>hybrid</w:t>
            </w:r>
          </w:p>
        </w:tc>
        <w:tc>
          <w:tcPr>
            <w:tcW w:w="2927" w:type="dxa"/>
            <w:vAlign w:val="center"/>
          </w:tcPr>
          <w:p w14:paraId="127D105B" w14:textId="247B5092" w:rsidR="003F3B21" w:rsidRDefault="003F3B21" w:rsidP="003F3B21">
            <w:pPr>
              <w:jc w:val="center"/>
              <w:rPr>
                <w:rFonts w:ascii="Times New Roman" w:hAnsi="Times New Roman" w:cs="Times New Roman"/>
                <w:sz w:val="24"/>
                <w:szCs w:val="24"/>
              </w:rPr>
            </w:pPr>
            <w:r>
              <w:rPr>
                <w:rFonts w:ascii="Times New Roman" w:hAnsi="Times New Roman" w:cs="Times New Roman"/>
                <w:sz w:val="24"/>
                <w:szCs w:val="24"/>
              </w:rPr>
              <w:t>online</w:t>
            </w:r>
          </w:p>
        </w:tc>
      </w:tr>
    </w:tbl>
    <w:p w14:paraId="3A02E2CE" w14:textId="77777777" w:rsidR="003F3B21" w:rsidRDefault="003F3B21" w:rsidP="006146A6">
      <w:pPr>
        <w:jc w:val="both"/>
        <w:rPr>
          <w:rFonts w:ascii="Times New Roman" w:hAnsi="Times New Roman" w:cs="Times New Roman"/>
          <w:sz w:val="24"/>
          <w:szCs w:val="24"/>
        </w:rPr>
      </w:pPr>
    </w:p>
    <w:p w14:paraId="1CAC87F5" w14:textId="139E467D" w:rsidR="003F3B21" w:rsidRDefault="003F3B21" w:rsidP="006146A6">
      <w:pPr>
        <w:jc w:val="both"/>
        <w:rPr>
          <w:rFonts w:ascii="Times New Roman" w:hAnsi="Times New Roman" w:cs="Times New Roman"/>
          <w:sz w:val="24"/>
          <w:szCs w:val="24"/>
        </w:rPr>
      </w:pPr>
      <w:r w:rsidRPr="003F3B21">
        <w:rPr>
          <w:rFonts w:ascii="Times New Roman" w:hAnsi="Times New Roman" w:cs="Times New Roman"/>
          <w:sz w:val="24"/>
          <w:szCs w:val="24"/>
        </w:rPr>
        <w:t>When organizing a hybrid or online workshop discussion, the reason(s) for the request:</w:t>
      </w:r>
    </w:p>
    <w:p w14:paraId="433F3F78" w14:textId="4AEF165B" w:rsidR="003F3B21" w:rsidRDefault="003F3B21" w:rsidP="006146A6">
      <w:pPr>
        <w:jc w:val="both"/>
        <w:rPr>
          <w:rFonts w:ascii="Times New Roman" w:hAnsi="Times New Roman" w:cs="Times New Roman"/>
          <w:sz w:val="24"/>
          <w:szCs w:val="24"/>
        </w:rPr>
      </w:pPr>
      <w:r w:rsidRPr="00EC44EF">
        <w:rPr>
          <w:rFonts w:ascii="Times New Roman" w:hAnsi="Times New Roman" w:cs="Times New Roman"/>
          <w:sz w:val="24"/>
          <w:szCs w:val="24"/>
        </w:rPr>
        <w:t>………………………………………………………………………………………………………………………………………………………………………………………………………………………………………………………………………………………………………………………………………………………………………………………………………………………………………………………………………………………………</w:t>
      </w:r>
    </w:p>
    <w:p w14:paraId="21ED8F4E" w14:textId="77777777" w:rsidR="003F3B21" w:rsidRDefault="003F3B21" w:rsidP="006146A6">
      <w:pPr>
        <w:jc w:val="both"/>
        <w:rPr>
          <w:rFonts w:ascii="Times New Roman" w:hAnsi="Times New Roman" w:cs="Times New Roman"/>
          <w:sz w:val="24"/>
          <w:szCs w:val="24"/>
        </w:rPr>
      </w:pPr>
    </w:p>
    <w:p w14:paraId="6419EC0C" w14:textId="492EC2A2" w:rsidR="003F3B21" w:rsidRPr="003F3B21" w:rsidRDefault="003F3B21" w:rsidP="006146A6">
      <w:pPr>
        <w:jc w:val="both"/>
        <w:rPr>
          <w:rFonts w:ascii="Times New Roman" w:hAnsi="Times New Roman" w:cs="Times New Roman"/>
          <w:sz w:val="24"/>
          <w:szCs w:val="24"/>
        </w:rPr>
      </w:pPr>
      <w:r>
        <w:rPr>
          <w:rFonts w:ascii="Times New Roman" w:hAnsi="Times New Roman" w:cs="Times New Roman"/>
          <w:sz w:val="24"/>
          <w:szCs w:val="24"/>
        </w:rPr>
        <w:t>I/</w:t>
      </w:r>
      <w:r w:rsidRPr="00E2519A">
        <w:rPr>
          <w:rFonts w:ascii="Times New Roman" w:hAnsi="Times New Roman" w:cs="Times New Roman"/>
          <w:sz w:val="24"/>
          <w:szCs w:val="24"/>
        </w:rPr>
        <w:t xml:space="preserve">We kindly ask for the support of the Doctoral School regarding the organization of the </w:t>
      </w:r>
      <w:proofErr w:type="gramStart"/>
      <w:r>
        <w:rPr>
          <w:rFonts w:ascii="Times New Roman" w:hAnsi="Times New Roman" w:cs="Times New Roman"/>
          <w:sz w:val="24"/>
          <w:szCs w:val="24"/>
        </w:rPr>
        <w:t>Home</w:t>
      </w:r>
      <w:proofErr w:type="gramEnd"/>
      <w:r>
        <w:rPr>
          <w:rFonts w:ascii="Times New Roman" w:hAnsi="Times New Roman" w:cs="Times New Roman"/>
          <w:sz w:val="24"/>
          <w:szCs w:val="24"/>
        </w:rPr>
        <w:t xml:space="preserve"> defense</w:t>
      </w:r>
      <w:r w:rsidRPr="00E2519A">
        <w:rPr>
          <w:rFonts w:ascii="Times New Roman" w:hAnsi="Times New Roman" w:cs="Times New Roman"/>
          <w:sz w:val="24"/>
          <w:szCs w:val="24"/>
        </w:rPr>
        <w:t xml:space="preserve"> and the approval of the proposed preliminary opponents.</w:t>
      </w:r>
    </w:p>
    <w:p w14:paraId="34BF4EFF" w14:textId="55103964" w:rsidR="00D6055B" w:rsidRPr="00EC44EF" w:rsidRDefault="00D6055B" w:rsidP="00E2519A">
      <w:pPr>
        <w:jc w:val="both"/>
        <w:rPr>
          <w:rFonts w:ascii="Times New Roman" w:hAnsi="Times New Roman" w:cs="Times New Roman"/>
          <w:sz w:val="24"/>
          <w:szCs w:val="24"/>
        </w:rPr>
      </w:pPr>
      <w:r w:rsidRPr="00EC44EF">
        <w:rPr>
          <w:rFonts w:ascii="Times New Roman" w:hAnsi="Times New Roman" w:cs="Times New Roman"/>
          <w:sz w:val="24"/>
          <w:szCs w:val="24"/>
        </w:rPr>
        <w:t>Sincerely:</w:t>
      </w:r>
    </w:p>
    <w:p w14:paraId="05167F03" w14:textId="77777777" w:rsidR="00D6055B" w:rsidRPr="00EC44EF" w:rsidRDefault="00D6055B" w:rsidP="00D6055B">
      <w:pPr>
        <w:rPr>
          <w:rFonts w:ascii="Times New Roman" w:hAnsi="Times New Roman" w:cs="Times New Roman"/>
          <w:sz w:val="24"/>
          <w:szCs w:val="24"/>
        </w:rPr>
      </w:pPr>
      <w:r w:rsidRPr="00EC44EF">
        <w:rPr>
          <w:rFonts w:ascii="Times New Roman" w:hAnsi="Times New Roman" w:cs="Times New Roman"/>
          <w:sz w:val="24"/>
          <w:szCs w:val="24"/>
        </w:rPr>
        <w:t>………………………………….</w:t>
      </w:r>
      <w:r w:rsidRPr="00EC44EF">
        <w:rPr>
          <w:rFonts w:ascii="Times New Roman" w:hAnsi="Times New Roman" w:cs="Times New Roman"/>
          <w:sz w:val="24"/>
          <w:szCs w:val="24"/>
        </w:rPr>
        <w:t> </w:t>
      </w:r>
      <w:r w:rsidRPr="00EC44EF">
        <w:rPr>
          <w:rFonts w:ascii="Times New Roman" w:hAnsi="Times New Roman" w:cs="Times New Roman"/>
          <w:sz w:val="24"/>
          <w:szCs w:val="24"/>
        </w:rPr>
        <w:t> </w:t>
      </w:r>
      <w:r w:rsidRPr="00EC44EF">
        <w:rPr>
          <w:rFonts w:ascii="Times New Roman" w:hAnsi="Times New Roman" w:cs="Times New Roman"/>
          <w:sz w:val="24"/>
          <w:szCs w:val="24"/>
        </w:rPr>
        <w:t> </w:t>
      </w:r>
      <w:r w:rsidRPr="00EC44EF">
        <w:rPr>
          <w:rFonts w:ascii="Times New Roman" w:hAnsi="Times New Roman" w:cs="Times New Roman"/>
          <w:sz w:val="24"/>
          <w:szCs w:val="24"/>
        </w:rPr>
        <w:t> </w:t>
      </w:r>
      <w:r w:rsidRPr="00EC44EF">
        <w:rPr>
          <w:rFonts w:ascii="Times New Roman" w:hAnsi="Times New Roman" w:cs="Times New Roman"/>
          <w:sz w:val="24"/>
          <w:szCs w:val="24"/>
        </w:rPr>
        <w:t> </w:t>
      </w:r>
      <w:r w:rsidRPr="00EC44EF">
        <w:rPr>
          <w:rFonts w:ascii="Times New Roman" w:hAnsi="Times New Roman" w:cs="Times New Roman"/>
          <w:sz w:val="24"/>
          <w:szCs w:val="24"/>
        </w:rPr>
        <w:t> </w:t>
      </w:r>
      <w:r w:rsidRPr="00EC44EF">
        <w:rPr>
          <w:rFonts w:ascii="Times New Roman" w:hAnsi="Times New Roman" w:cs="Times New Roman"/>
          <w:sz w:val="24"/>
          <w:szCs w:val="24"/>
        </w:rPr>
        <w:t>……………………………………</w:t>
      </w:r>
      <w:r w:rsidRPr="00EC44EF">
        <w:rPr>
          <w:rFonts w:ascii="Times New Roman" w:hAnsi="Times New Roman" w:cs="Times New Roman"/>
          <w:sz w:val="24"/>
          <w:szCs w:val="24"/>
        </w:rPr>
        <w:br/>
        <w:t>[Name]</w:t>
      </w:r>
      <w:r w:rsidRPr="00EC44EF">
        <w:rPr>
          <w:rFonts w:ascii="Times New Roman" w:hAnsi="Times New Roman" w:cs="Times New Roman"/>
          <w:sz w:val="24"/>
          <w:szCs w:val="24"/>
        </w:rPr>
        <w:t> </w:t>
      </w:r>
      <w:r w:rsidRPr="00EC44EF">
        <w:rPr>
          <w:rFonts w:ascii="Times New Roman" w:hAnsi="Times New Roman" w:cs="Times New Roman"/>
          <w:sz w:val="24"/>
          <w:szCs w:val="24"/>
        </w:rPr>
        <w:t> </w:t>
      </w:r>
      <w:r w:rsidRPr="00EC44EF">
        <w:rPr>
          <w:rFonts w:ascii="Times New Roman" w:hAnsi="Times New Roman" w:cs="Times New Roman"/>
          <w:sz w:val="24"/>
          <w:szCs w:val="24"/>
        </w:rPr>
        <w:t> </w:t>
      </w:r>
      <w:r>
        <w:rPr>
          <w:rFonts w:ascii="Times New Roman" w:hAnsi="Times New Roman" w:cs="Times New Roman"/>
          <w:sz w:val="24"/>
          <w:szCs w:val="24"/>
        </w:rPr>
        <w:t xml:space="preserve">    </w:t>
      </w:r>
      <w:r w:rsidRPr="00EC44EF">
        <w:rPr>
          <w:rFonts w:ascii="Times New Roman" w:hAnsi="Times New Roman" w:cs="Times New Roman"/>
          <w:sz w:val="24"/>
          <w:szCs w:val="24"/>
        </w:rPr>
        <w:t xml:space="preserve"> </w:t>
      </w:r>
      <w:r w:rsidRPr="00EC44EF">
        <w:rPr>
          <w:rFonts w:ascii="Times New Roman" w:hAnsi="Times New Roman" w:cs="Times New Roman"/>
          <w:sz w:val="24"/>
          <w:szCs w:val="24"/>
        </w:rPr>
        <w:t> </w:t>
      </w:r>
      <w:r w:rsidRPr="00EC44EF">
        <w:rPr>
          <w:rFonts w:ascii="Times New Roman" w:hAnsi="Times New Roman" w:cs="Times New Roman"/>
          <w:sz w:val="24"/>
          <w:szCs w:val="24"/>
        </w:rPr>
        <w:t> </w:t>
      </w:r>
      <w:r w:rsidRPr="00EC44EF">
        <w:rPr>
          <w:rFonts w:ascii="Times New Roman" w:hAnsi="Times New Roman" w:cs="Times New Roman"/>
          <w:sz w:val="24"/>
          <w:szCs w:val="24"/>
        </w:rPr>
        <w:t> </w:t>
      </w:r>
      <w:r w:rsidRPr="00EC44EF">
        <w:rPr>
          <w:rFonts w:ascii="Times New Roman" w:hAnsi="Times New Roman" w:cs="Times New Roman"/>
          <w:sz w:val="24"/>
          <w:szCs w:val="24"/>
        </w:rPr>
        <w: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roofErr w:type="gramStart"/>
      <w:r>
        <w:rPr>
          <w:rFonts w:ascii="Times New Roman" w:hAnsi="Times New Roman" w:cs="Times New Roman"/>
          <w:sz w:val="24"/>
          <w:szCs w:val="24"/>
        </w:rPr>
        <w:t xml:space="preserve">   </w:t>
      </w:r>
      <w:r w:rsidRPr="00EC44EF">
        <w:rPr>
          <w:rFonts w:ascii="Times New Roman" w:hAnsi="Times New Roman" w:cs="Times New Roman"/>
          <w:sz w:val="24"/>
          <w:szCs w:val="24"/>
        </w:rPr>
        <w:t>[</w:t>
      </w:r>
      <w:proofErr w:type="gramEnd"/>
      <w:r w:rsidRPr="00EC44EF">
        <w:rPr>
          <w:rFonts w:ascii="Times New Roman" w:hAnsi="Times New Roman" w:cs="Times New Roman"/>
          <w:sz w:val="24"/>
          <w:szCs w:val="24"/>
        </w:rPr>
        <w:t>Name]</w:t>
      </w:r>
      <w:r w:rsidRPr="00EC44EF">
        <w:rPr>
          <w:rFonts w:ascii="Times New Roman" w:hAnsi="Times New Roman" w:cs="Times New Roman"/>
          <w:sz w:val="24"/>
          <w:szCs w:val="24"/>
        </w:rPr>
        <w:br/>
        <w:t>Supervisor</w:t>
      </w:r>
      <w:r w:rsidRPr="00EC44EF">
        <w:rPr>
          <w:rFonts w:ascii="Times New Roman" w:hAnsi="Times New Roman" w:cs="Times New Roman"/>
          <w:sz w:val="24"/>
          <w:szCs w:val="24"/>
        </w:rPr>
        <w:t> </w:t>
      </w:r>
      <w:r w:rsidRPr="00EC44EF">
        <w:rPr>
          <w:rFonts w:ascii="Times New Roman" w:hAnsi="Times New Roman" w:cs="Times New Roman"/>
          <w:sz w:val="24"/>
          <w:szCs w:val="24"/>
        </w:rPr>
        <w:t> </w:t>
      </w:r>
      <w:r w:rsidRPr="00EC44EF">
        <w:rPr>
          <w:rFonts w:ascii="Times New Roman" w:hAnsi="Times New Roman" w:cs="Times New Roman"/>
          <w:sz w:val="24"/>
          <w:szCs w:val="24"/>
        </w:rPr>
        <w:t> </w:t>
      </w:r>
      <w:r w:rsidRPr="00EC44EF">
        <w:rPr>
          <w:rFonts w:ascii="Times New Roman" w:hAnsi="Times New Roman" w:cs="Times New Roman"/>
          <w:sz w:val="24"/>
          <w:szCs w:val="24"/>
        </w:rPr>
        <w:t> </w:t>
      </w:r>
      <w:r w:rsidRPr="00EC44EF">
        <w:rPr>
          <w:rFonts w:ascii="Times New Roman" w:hAnsi="Times New Roman" w:cs="Times New Roman"/>
          <w:sz w:val="24"/>
          <w:szCs w:val="24"/>
        </w:rPr>
        <w:t> </w:t>
      </w:r>
      <w:r w:rsidRPr="00EC44EF">
        <w:rPr>
          <w:rFonts w:ascii="Times New Roman" w:hAnsi="Times New Roman" w:cs="Times New Roman"/>
          <w:sz w:val="24"/>
          <w:szCs w:val="24"/>
        </w:rPr>
        <w:t> </w:t>
      </w:r>
      <w:r w:rsidRPr="00EC44EF">
        <w:rPr>
          <w:rFonts w:ascii="Times New Roman" w:hAnsi="Times New Roman" w:cs="Times New Roman"/>
          <w:sz w:val="24"/>
          <w:szCs w:val="24"/>
        </w:rPr>
        <w:t> </w:t>
      </w:r>
      <w:r w:rsidRPr="00EC44EF">
        <w:rPr>
          <w:rFonts w:ascii="Times New Roman" w:hAnsi="Times New Roman" w:cs="Times New Roman"/>
          <w:sz w:val="24"/>
          <w:szCs w:val="24"/>
        </w:rPr>
        <w:t> </w:t>
      </w:r>
      <w:r w:rsidRPr="00EC44EF">
        <w:rPr>
          <w:rFonts w:ascii="Times New Roman" w:hAnsi="Times New Roman" w:cs="Times New Roman"/>
          <w:sz w:val="24"/>
          <w:szCs w:val="24"/>
        </w:rPr>
        <w:t> </w:t>
      </w:r>
      <w:r w:rsidRPr="00EC44EF">
        <w:rPr>
          <w:rFonts w:ascii="Times New Roman" w:hAnsi="Times New Roman" w:cs="Times New Roman"/>
          <w:sz w:val="24"/>
          <w:szCs w:val="24"/>
        </w:rPr>
        <w:t> </w:t>
      </w:r>
      <w:r w:rsidRPr="00EC44EF">
        <w:rPr>
          <w:rFonts w:ascii="Times New Roman" w:hAnsi="Times New Roman" w:cs="Times New Roman"/>
          <w:sz w:val="24"/>
          <w:szCs w:val="24"/>
        </w:rPr>
        <w:t> </w:t>
      </w:r>
      <w:r w:rsidRPr="00EC44EF">
        <w:rPr>
          <w:rFonts w:ascii="Times New Roman" w:hAnsi="Times New Roman" w:cs="Times New Roman"/>
          <w:sz w:val="24"/>
          <w:szCs w:val="24"/>
        </w:rPr>
        <w:t> </w:t>
      </w:r>
      <w:r>
        <w:rPr>
          <w:rFonts w:ascii="Times New Roman" w:hAnsi="Times New Roman" w:cs="Times New Roman"/>
          <w:sz w:val="24"/>
          <w:szCs w:val="24"/>
        </w:rPr>
        <w:t xml:space="preserve">            </w:t>
      </w:r>
      <w:r w:rsidRPr="00EC44EF">
        <w:rPr>
          <w:rFonts w:ascii="Times New Roman" w:hAnsi="Times New Roman" w:cs="Times New Roman"/>
          <w:sz w:val="24"/>
          <w:szCs w:val="24"/>
        </w:rPr>
        <w:t>Co-Supervisor</w:t>
      </w:r>
    </w:p>
    <w:p w14:paraId="0326EB67" w14:textId="77777777" w:rsidR="00D6055B" w:rsidRPr="009A7884" w:rsidRDefault="00D6055B" w:rsidP="00D15533">
      <w:pPr>
        <w:rPr>
          <w:rFonts w:ascii="Times New Roman" w:hAnsi="Times New Roman" w:cs="Times New Roman"/>
          <w:sz w:val="24"/>
          <w:szCs w:val="24"/>
          <w:lang w:val="hu-HU"/>
        </w:rPr>
      </w:pPr>
    </w:p>
    <w:sectPr w:rsidR="00D6055B" w:rsidRPr="009A7884" w:rsidSect="00D15533">
      <w:pgSz w:w="12240" w:h="15840"/>
      <w:pgMar w:top="284"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zmozottlist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zmozottlist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Felsorol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Felsorol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zmozottlist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Felsorols"/>
      <w:lvlText w:val=""/>
      <w:lvlJc w:val="left"/>
      <w:pPr>
        <w:tabs>
          <w:tab w:val="num" w:pos="360"/>
        </w:tabs>
        <w:ind w:left="360" w:hanging="360"/>
      </w:pPr>
      <w:rPr>
        <w:rFonts w:ascii="Symbol" w:hAnsi="Symbol" w:hint="default"/>
      </w:rPr>
    </w:lvl>
  </w:abstractNum>
  <w:num w:numId="1" w16cid:durableId="808284793">
    <w:abstractNumId w:val="8"/>
  </w:num>
  <w:num w:numId="2" w16cid:durableId="1746102357">
    <w:abstractNumId w:val="6"/>
  </w:num>
  <w:num w:numId="3" w16cid:durableId="1378355594">
    <w:abstractNumId w:val="5"/>
  </w:num>
  <w:num w:numId="4" w16cid:durableId="533546529">
    <w:abstractNumId w:val="4"/>
  </w:num>
  <w:num w:numId="5" w16cid:durableId="2028285115">
    <w:abstractNumId w:val="7"/>
  </w:num>
  <w:num w:numId="6" w16cid:durableId="359478195">
    <w:abstractNumId w:val="3"/>
  </w:num>
  <w:num w:numId="7" w16cid:durableId="982543548">
    <w:abstractNumId w:val="2"/>
  </w:num>
  <w:num w:numId="8" w16cid:durableId="457719651">
    <w:abstractNumId w:val="1"/>
  </w:num>
  <w:num w:numId="9" w16cid:durableId="18742272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474F"/>
    <w:rsid w:val="000A48C4"/>
    <w:rsid w:val="000F6550"/>
    <w:rsid w:val="00126849"/>
    <w:rsid w:val="00147327"/>
    <w:rsid w:val="0015074B"/>
    <w:rsid w:val="0029639D"/>
    <w:rsid w:val="002B1333"/>
    <w:rsid w:val="003241F1"/>
    <w:rsid w:val="00326F90"/>
    <w:rsid w:val="00356FA8"/>
    <w:rsid w:val="003F3B21"/>
    <w:rsid w:val="00427E8B"/>
    <w:rsid w:val="00465E52"/>
    <w:rsid w:val="004C01AB"/>
    <w:rsid w:val="005E0E03"/>
    <w:rsid w:val="006146A6"/>
    <w:rsid w:val="00631BCA"/>
    <w:rsid w:val="00657057"/>
    <w:rsid w:val="00663D79"/>
    <w:rsid w:val="006B005B"/>
    <w:rsid w:val="006F728E"/>
    <w:rsid w:val="00742B85"/>
    <w:rsid w:val="00744456"/>
    <w:rsid w:val="00775A87"/>
    <w:rsid w:val="00800493"/>
    <w:rsid w:val="00880079"/>
    <w:rsid w:val="009A7884"/>
    <w:rsid w:val="00A676AB"/>
    <w:rsid w:val="00AA1D8D"/>
    <w:rsid w:val="00AC6D61"/>
    <w:rsid w:val="00B47730"/>
    <w:rsid w:val="00BB3065"/>
    <w:rsid w:val="00BC3BB6"/>
    <w:rsid w:val="00CB0664"/>
    <w:rsid w:val="00CB1811"/>
    <w:rsid w:val="00CB183F"/>
    <w:rsid w:val="00CD2BB9"/>
    <w:rsid w:val="00D15533"/>
    <w:rsid w:val="00D42362"/>
    <w:rsid w:val="00D6055B"/>
    <w:rsid w:val="00E2519A"/>
    <w:rsid w:val="00E323F6"/>
    <w:rsid w:val="00EF25C6"/>
    <w:rsid w:val="00F8461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50A340"/>
  <w14:defaultImageDpi w14:val="300"/>
  <w15:docId w15:val="{499BC262-04E7-4E94-9908-305BE3F94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FC693F"/>
  </w:style>
  <w:style w:type="paragraph" w:styleId="Cmsor1">
    <w:name w:val="heading 1"/>
    <w:basedOn w:val="Norml"/>
    <w:next w:val="Norml"/>
    <w:link w:val="Cmsor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Cmsor2">
    <w:name w:val="heading 2"/>
    <w:basedOn w:val="Norml"/>
    <w:next w:val="Norml"/>
    <w:link w:val="Cmsor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Cmsor3">
    <w:name w:val="heading 3"/>
    <w:basedOn w:val="Norml"/>
    <w:next w:val="Norml"/>
    <w:link w:val="Cmsor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Cmsor4">
    <w:name w:val="heading 4"/>
    <w:basedOn w:val="Norml"/>
    <w:next w:val="Norml"/>
    <w:link w:val="Cmsor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Cmsor5">
    <w:name w:val="heading 5"/>
    <w:basedOn w:val="Norml"/>
    <w:next w:val="Norml"/>
    <w:link w:val="Cmsor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Cmsor6">
    <w:name w:val="heading 6"/>
    <w:basedOn w:val="Norml"/>
    <w:next w:val="Norml"/>
    <w:link w:val="Cmsor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Cmsor7">
    <w:name w:val="heading 7"/>
    <w:basedOn w:val="Norml"/>
    <w:next w:val="Norml"/>
    <w:link w:val="Cmsor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Cmsor8">
    <w:name w:val="heading 8"/>
    <w:basedOn w:val="Norml"/>
    <w:next w:val="Norml"/>
    <w:link w:val="Cmsor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Cmsor9">
    <w:name w:val="heading 9"/>
    <w:basedOn w:val="Norml"/>
    <w:next w:val="Norml"/>
    <w:link w:val="Cmsor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E618BF"/>
    <w:pPr>
      <w:tabs>
        <w:tab w:val="center" w:pos="4680"/>
        <w:tab w:val="right" w:pos="9360"/>
      </w:tabs>
      <w:spacing w:after="0" w:line="240" w:lineRule="auto"/>
    </w:pPr>
  </w:style>
  <w:style w:type="character" w:customStyle="1" w:styleId="lfejChar">
    <w:name w:val="Élőfej Char"/>
    <w:basedOn w:val="Bekezdsalapbettpusa"/>
    <w:link w:val="lfej"/>
    <w:uiPriority w:val="99"/>
    <w:rsid w:val="00E618BF"/>
  </w:style>
  <w:style w:type="paragraph" w:styleId="llb">
    <w:name w:val="footer"/>
    <w:basedOn w:val="Norml"/>
    <w:link w:val="llbChar"/>
    <w:uiPriority w:val="99"/>
    <w:unhideWhenUsed/>
    <w:rsid w:val="00E618BF"/>
    <w:pPr>
      <w:tabs>
        <w:tab w:val="center" w:pos="4680"/>
        <w:tab w:val="right" w:pos="9360"/>
      </w:tabs>
      <w:spacing w:after="0" w:line="240" w:lineRule="auto"/>
    </w:pPr>
  </w:style>
  <w:style w:type="character" w:customStyle="1" w:styleId="llbChar">
    <w:name w:val="Élőláb Char"/>
    <w:basedOn w:val="Bekezdsalapbettpusa"/>
    <w:link w:val="llb"/>
    <w:uiPriority w:val="99"/>
    <w:rsid w:val="00E618BF"/>
  </w:style>
  <w:style w:type="paragraph" w:styleId="Nincstrkz">
    <w:name w:val="No Spacing"/>
    <w:uiPriority w:val="1"/>
    <w:qFormat/>
    <w:rsid w:val="00FC693F"/>
    <w:pPr>
      <w:spacing w:after="0" w:line="240" w:lineRule="auto"/>
    </w:pPr>
  </w:style>
  <w:style w:type="character" w:customStyle="1" w:styleId="Cmsor1Char">
    <w:name w:val="Címsor 1 Char"/>
    <w:basedOn w:val="Bekezdsalapbettpusa"/>
    <w:link w:val="Cmsor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Cmsor2Char">
    <w:name w:val="Címsor 2 Char"/>
    <w:basedOn w:val="Bekezdsalapbettpusa"/>
    <w:link w:val="Cmsor2"/>
    <w:uiPriority w:val="9"/>
    <w:rsid w:val="00FC693F"/>
    <w:rPr>
      <w:rFonts w:asciiTheme="majorHAnsi" w:eastAsiaTheme="majorEastAsia" w:hAnsiTheme="majorHAnsi" w:cstheme="majorBidi"/>
      <w:b/>
      <w:bCs/>
      <w:color w:val="4F81BD" w:themeColor="accent1"/>
      <w:sz w:val="26"/>
      <w:szCs w:val="26"/>
    </w:rPr>
  </w:style>
  <w:style w:type="character" w:customStyle="1" w:styleId="Cmsor3Char">
    <w:name w:val="Címsor 3 Char"/>
    <w:basedOn w:val="Bekezdsalapbettpusa"/>
    <w:link w:val="Cmsor3"/>
    <w:uiPriority w:val="9"/>
    <w:rsid w:val="00FC693F"/>
    <w:rPr>
      <w:rFonts w:asciiTheme="majorHAnsi" w:eastAsiaTheme="majorEastAsia" w:hAnsiTheme="majorHAnsi" w:cstheme="majorBidi"/>
      <w:b/>
      <w:bCs/>
      <w:color w:val="4F81BD" w:themeColor="accent1"/>
    </w:rPr>
  </w:style>
  <w:style w:type="paragraph" w:styleId="Cm">
    <w:name w:val="Title"/>
    <w:basedOn w:val="Norml"/>
    <w:next w:val="Norml"/>
    <w:link w:val="Cm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mChar">
    <w:name w:val="Cím Char"/>
    <w:basedOn w:val="Bekezdsalapbettpusa"/>
    <w:link w:val="Cm"/>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cm">
    <w:name w:val="Subtitle"/>
    <w:basedOn w:val="Norml"/>
    <w:next w:val="Norml"/>
    <w:link w:val="Alcm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cmChar">
    <w:name w:val="Alcím Char"/>
    <w:basedOn w:val="Bekezdsalapbettpusa"/>
    <w:link w:val="Alcm"/>
    <w:uiPriority w:val="11"/>
    <w:rsid w:val="00FC693F"/>
    <w:rPr>
      <w:rFonts w:asciiTheme="majorHAnsi" w:eastAsiaTheme="majorEastAsia" w:hAnsiTheme="majorHAnsi" w:cstheme="majorBidi"/>
      <w:i/>
      <w:iCs/>
      <w:color w:val="4F81BD" w:themeColor="accent1"/>
      <w:spacing w:val="15"/>
      <w:sz w:val="24"/>
      <w:szCs w:val="24"/>
    </w:rPr>
  </w:style>
  <w:style w:type="paragraph" w:styleId="Listaszerbekezds">
    <w:name w:val="List Paragraph"/>
    <w:basedOn w:val="Norml"/>
    <w:uiPriority w:val="34"/>
    <w:qFormat/>
    <w:rsid w:val="00FC693F"/>
    <w:pPr>
      <w:ind w:left="720"/>
      <w:contextualSpacing/>
    </w:pPr>
  </w:style>
  <w:style w:type="paragraph" w:styleId="Szvegtrzs">
    <w:name w:val="Body Text"/>
    <w:basedOn w:val="Norml"/>
    <w:link w:val="SzvegtrzsChar"/>
    <w:uiPriority w:val="99"/>
    <w:unhideWhenUsed/>
    <w:rsid w:val="00AA1D8D"/>
    <w:pPr>
      <w:spacing w:after="120"/>
    </w:pPr>
  </w:style>
  <w:style w:type="character" w:customStyle="1" w:styleId="SzvegtrzsChar">
    <w:name w:val="Szövegtörzs Char"/>
    <w:basedOn w:val="Bekezdsalapbettpusa"/>
    <w:link w:val="Szvegtrzs"/>
    <w:uiPriority w:val="99"/>
    <w:rsid w:val="00AA1D8D"/>
  </w:style>
  <w:style w:type="paragraph" w:styleId="Szvegtrzs2">
    <w:name w:val="Body Text 2"/>
    <w:basedOn w:val="Norml"/>
    <w:link w:val="Szvegtrzs2Char"/>
    <w:uiPriority w:val="99"/>
    <w:unhideWhenUsed/>
    <w:rsid w:val="00AA1D8D"/>
    <w:pPr>
      <w:spacing w:after="120" w:line="480" w:lineRule="auto"/>
    </w:pPr>
  </w:style>
  <w:style w:type="character" w:customStyle="1" w:styleId="Szvegtrzs2Char">
    <w:name w:val="Szövegtörzs 2 Char"/>
    <w:basedOn w:val="Bekezdsalapbettpusa"/>
    <w:link w:val="Szvegtrzs2"/>
    <w:uiPriority w:val="99"/>
    <w:rsid w:val="00AA1D8D"/>
  </w:style>
  <w:style w:type="paragraph" w:styleId="Szvegtrzs3">
    <w:name w:val="Body Text 3"/>
    <w:basedOn w:val="Norml"/>
    <w:link w:val="Szvegtrzs3Char"/>
    <w:uiPriority w:val="99"/>
    <w:unhideWhenUsed/>
    <w:rsid w:val="00AA1D8D"/>
    <w:pPr>
      <w:spacing w:after="120"/>
    </w:pPr>
    <w:rPr>
      <w:sz w:val="16"/>
      <w:szCs w:val="16"/>
    </w:rPr>
  </w:style>
  <w:style w:type="character" w:customStyle="1" w:styleId="Szvegtrzs3Char">
    <w:name w:val="Szövegtörzs 3 Char"/>
    <w:basedOn w:val="Bekezdsalapbettpusa"/>
    <w:link w:val="Szvegtrzs3"/>
    <w:uiPriority w:val="99"/>
    <w:rsid w:val="00AA1D8D"/>
    <w:rPr>
      <w:sz w:val="16"/>
      <w:szCs w:val="16"/>
    </w:rPr>
  </w:style>
  <w:style w:type="paragraph" w:styleId="Lista">
    <w:name w:val="List"/>
    <w:basedOn w:val="Norml"/>
    <w:uiPriority w:val="99"/>
    <w:unhideWhenUsed/>
    <w:rsid w:val="00AA1D8D"/>
    <w:pPr>
      <w:ind w:left="360" w:hanging="360"/>
      <w:contextualSpacing/>
    </w:pPr>
  </w:style>
  <w:style w:type="paragraph" w:styleId="Lista2">
    <w:name w:val="List 2"/>
    <w:basedOn w:val="Norml"/>
    <w:uiPriority w:val="99"/>
    <w:unhideWhenUsed/>
    <w:rsid w:val="00326F90"/>
    <w:pPr>
      <w:ind w:left="720" w:hanging="360"/>
      <w:contextualSpacing/>
    </w:pPr>
  </w:style>
  <w:style w:type="paragraph" w:styleId="Lista3">
    <w:name w:val="List 3"/>
    <w:basedOn w:val="Norml"/>
    <w:uiPriority w:val="99"/>
    <w:unhideWhenUsed/>
    <w:rsid w:val="00326F90"/>
    <w:pPr>
      <w:ind w:left="1080" w:hanging="360"/>
      <w:contextualSpacing/>
    </w:pPr>
  </w:style>
  <w:style w:type="paragraph" w:styleId="Felsorols">
    <w:name w:val="List Bullet"/>
    <w:basedOn w:val="Norml"/>
    <w:uiPriority w:val="99"/>
    <w:unhideWhenUsed/>
    <w:rsid w:val="00326F90"/>
    <w:pPr>
      <w:numPr>
        <w:numId w:val="1"/>
      </w:numPr>
      <w:contextualSpacing/>
    </w:pPr>
  </w:style>
  <w:style w:type="paragraph" w:styleId="Felsorols2">
    <w:name w:val="List Bullet 2"/>
    <w:basedOn w:val="Norml"/>
    <w:uiPriority w:val="99"/>
    <w:unhideWhenUsed/>
    <w:rsid w:val="00326F90"/>
    <w:pPr>
      <w:numPr>
        <w:numId w:val="2"/>
      </w:numPr>
      <w:contextualSpacing/>
    </w:pPr>
  </w:style>
  <w:style w:type="paragraph" w:styleId="Felsorols3">
    <w:name w:val="List Bullet 3"/>
    <w:basedOn w:val="Norml"/>
    <w:uiPriority w:val="99"/>
    <w:unhideWhenUsed/>
    <w:rsid w:val="00326F90"/>
    <w:pPr>
      <w:numPr>
        <w:numId w:val="3"/>
      </w:numPr>
      <w:contextualSpacing/>
    </w:pPr>
  </w:style>
  <w:style w:type="paragraph" w:styleId="Szmozottlista">
    <w:name w:val="List Number"/>
    <w:basedOn w:val="Norml"/>
    <w:uiPriority w:val="99"/>
    <w:unhideWhenUsed/>
    <w:rsid w:val="00326F90"/>
    <w:pPr>
      <w:numPr>
        <w:numId w:val="5"/>
      </w:numPr>
      <w:contextualSpacing/>
    </w:pPr>
  </w:style>
  <w:style w:type="paragraph" w:styleId="Szmozottlista2">
    <w:name w:val="List Number 2"/>
    <w:basedOn w:val="Norml"/>
    <w:uiPriority w:val="99"/>
    <w:unhideWhenUsed/>
    <w:rsid w:val="0029639D"/>
    <w:pPr>
      <w:numPr>
        <w:numId w:val="6"/>
      </w:numPr>
      <w:contextualSpacing/>
    </w:pPr>
  </w:style>
  <w:style w:type="paragraph" w:styleId="Szmozottlista3">
    <w:name w:val="List Number 3"/>
    <w:basedOn w:val="Norml"/>
    <w:uiPriority w:val="99"/>
    <w:unhideWhenUsed/>
    <w:rsid w:val="0029639D"/>
    <w:pPr>
      <w:numPr>
        <w:numId w:val="7"/>
      </w:numPr>
      <w:contextualSpacing/>
    </w:pPr>
  </w:style>
  <w:style w:type="paragraph" w:styleId="Listafolytatsa">
    <w:name w:val="List Continue"/>
    <w:basedOn w:val="Norml"/>
    <w:uiPriority w:val="99"/>
    <w:unhideWhenUsed/>
    <w:rsid w:val="0029639D"/>
    <w:pPr>
      <w:spacing w:after="120"/>
      <w:ind w:left="360"/>
      <w:contextualSpacing/>
    </w:pPr>
  </w:style>
  <w:style w:type="paragraph" w:styleId="Listafolytatsa2">
    <w:name w:val="List Continue 2"/>
    <w:basedOn w:val="Norml"/>
    <w:uiPriority w:val="99"/>
    <w:unhideWhenUsed/>
    <w:rsid w:val="0029639D"/>
    <w:pPr>
      <w:spacing w:after="120"/>
      <w:ind w:left="720"/>
      <w:contextualSpacing/>
    </w:pPr>
  </w:style>
  <w:style w:type="paragraph" w:styleId="Listafolytatsa3">
    <w:name w:val="List Continue 3"/>
    <w:basedOn w:val="Norml"/>
    <w:uiPriority w:val="99"/>
    <w:unhideWhenUsed/>
    <w:rsid w:val="0029639D"/>
    <w:pPr>
      <w:spacing w:after="120"/>
      <w:ind w:left="1080"/>
      <w:contextualSpacing/>
    </w:pPr>
  </w:style>
  <w:style w:type="paragraph" w:styleId="Makrszvege">
    <w:name w:val="macro"/>
    <w:link w:val="Makrszveg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szvegeChar">
    <w:name w:val="Makró szövege Char"/>
    <w:basedOn w:val="Bekezdsalapbettpusa"/>
    <w:link w:val="Makrszvege"/>
    <w:uiPriority w:val="99"/>
    <w:rsid w:val="0029639D"/>
    <w:rPr>
      <w:rFonts w:ascii="Courier" w:hAnsi="Courier"/>
      <w:sz w:val="20"/>
      <w:szCs w:val="20"/>
    </w:rPr>
  </w:style>
  <w:style w:type="paragraph" w:styleId="Idzet">
    <w:name w:val="Quote"/>
    <w:basedOn w:val="Norml"/>
    <w:next w:val="Norml"/>
    <w:link w:val="IdzetChar"/>
    <w:uiPriority w:val="29"/>
    <w:qFormat/>
    <w:rsid w:val="00FC693F"/>
    <w:rPr>
      <w:i/>
      <w:iCs/>
      <w:color w:val="000000" w:themeColor="text1"/>
    </w:rPr>
  </w:style>
  <w:style w:type="character" w:customStyle="1" w:styleId="IdzetChar">
    <w:name w:val="Idézet Char"/>
    <w:basedOn w:val="Bekezdsalapbettpusa"/>
    <w:link w:val="Idzet"/>
    <w:uiPriority w:val="29"/>
    <w:rsid w:val="00FC693F"/>
    <w:rPr>
      <w:i/>
      <w:iCs/>
      <w:color w:val="000000" w:themeColor="text1"/>
    </w:rPr>
  </w:style>
  <w:style w:type="character" w:customStyle="1" w:styleId="Cmsor4Char">
    <w:name w:val="Címsor 4 Char"/>
    <w:basedOn w:val="Bekezdsalapbettpusa"/>
    <w:link w:val="Cmsor4"/>
    <w:uiPriority w:val="9"/>
    <w:semiHidden/>
    <w:rsid w:val="00FC693F"/>
    <w:rPr>
      <w:rFonts w:asciiTheme="majorHAnsi" w:eastAsiaTheme="majorEastAsia" w:hAnsiTheme="majorHAnsi" w:cstheme="majorBidi"/>
      <w:b/>
      <w:bCs/>
      <w:i/>
      <w:iCs/>
      <w:color w:val="4F81BD" w:themeColor="accent1"/>
    </w:rPr>
  </w:style>
  <w:style w:type="character" w:customStyle="1" w:styleId="Cmsor5Char">
    <w:name w:val="Címsor 5 Char"/>
    <w:basedOn w:val="Bekezdsalapbettpusa"/>
    <w:link w:val="Cmsor5"/>
    <w:uiPriority w:val="9"/>
    <w:semiHidden/>
    <w:rsid w:val="00FC693F"/>
    <w:rPr>
      <w:rFonts w:asciiTheme="majorHAnsi" w:eastAsiaTheme="majorEastAsia" w:hAnsiTheme="majorHAnsi" w:cstheme="majorBidi"/>
      <w:color w:val="243F60" w:themeColor="accent1" w:themeShade="7F"/>
    </w:rPr>
  </w:style>
  <w:style w:type="character" w:customStyle="1" w:styleId="Cmsor6Char">
    <w:name w:val="Címsor 6 Char"/>
    <w:basedOn w:val="Bekezdsalapbettpusa"/>
    <w:link w:val="Cmsor6"/>
    <w:uiPriority w:val="9"/>
    <w:semiHidden/>
    <w:rsid w:val="00FC693F"/>
    <w:rPr>
      <w:rFonts w:asciiTheme="majorHAnsi" w:eastAsiaTheme="majorEastAsia" w:hAnsiTheme="majorHAnsi" w:cstheme="majorBidi"/>
      <w:i/>
      <w:iCs/>
      <w:color w:val="243F60" w:themeColor="accent1" w:themeShade="7F"/>
    </w:rPr>
  </w:style>
  <w:style w:type="character" w:customStyle="1" w:styleId="Cmsor7Char">
    <w:name w:val="Címsor 7 Char"/>
    <w:basedOn w:val="Bekezdsalapbettpusa"/>
    <w:link w:val="Cmsor7"/>
    <w:uiPriority w:val="9"/>
    <w:semiHidden/>
    <w:rsid w:val="00FC693F"/>
    <w:rPr>
      <w:rFonts w:asciiTheme="majorHAnsi" w:eastAsiaTheme="majorEastAsia" w:hAnsiTheme="majorHAnsi" w:cstheme="majorBidi"/>
      <w:i/>
      <w:iCs/>
      <w:color w:val="404040" w:themeColor="text1" w:themeTint="BF"/>
    </w:rPr>
  </w:style>
  <w:style w:type="character" w:customStyle="1" w:styleId="Cmsor8Char">
    <w:name w:val="Címsor 8 Char"/>
    <w:basedOn w:val="Bekezdsalapbettpusa"/>
    <w:link w:val="Cmsor8"/>
    <w:uiPriority w:val="9"/>
    <w:semiHidden/>
    <w:rsid w:val="00FC693F"/>
    <w:rPr>
      <w:rFonts w:asciiTheme="majorHAnsi" w:eastAsiaTheme="majorEastAsia" w:hAnsiTheme="majorHAnsi" w:cstheme="majorBidi"/>
      <w:color w:val="4F81BD" w:themeColor="accent1"/>
      <w:sz w:val="20"/>
      <w:szCs w:val="20"/>
    </w:rPr>
  </w:style>
  <w:style w:type="character" w:customStyle="1" w:styleId="Cmsor9Char">
    <w:name w:val="Címsor 9 Char"/>
    <w:basedOn w:val="Bekezdsalapbettpusa"/>
    <w:link w:val="Cmsor9"/>
    <w:uiPriority w:val="9"/>
    <w:semiHidden/>
    <w:rsid w:val="00FC693F"/>
    <w:rPr>
      <w:rFonts w:asciiTheme="majorHAnsi" w:eastAsiaTheme="majorEastAsia" w:hAnsiTheme="majorHAnsi" w:cstheme="majorBidi"/>
      <w:i/>
      <w:iCs/>
      <w:color w:val="404040" w:themeColor="text1" w:themeTint="BF"/>
      <w:sz w:val="20"/>
      <w:szCs w:val="20"/>
    </w:rPr>
  </w:style>
  <w:style w:type="paragraph" w:styleId="Kpalrs">
    <w:name w:val="caption"/>
    <w:basedOn w:val="Norml"/>
    <w:next w:val="Norml"/>
    <w:uiPriority w:val="35"/>
    <w:semiHidden/>
    <w:unhideWhenUsed/>
    <w:qFormat/>
    <w:rsid w:val="00FC693F"/>
    <w:pPr>
      <w:spacing w:line="240" w:lineRule="auto"/>
    </w:pPr>
    <w:rPr>
      <w:b/>
      <w:bCs/>
      <w:color w:val="4F81BD" w:themeColor="accent1"/>
      <w:sz w:val="18"/>
      <w:szCs w:val="18"/>
    </w:rPr>
  </w:style>
  <w:style w:type="character" w:styleId="Kiemels2">
    <w:name w:val="Strong"/>
    <w:basedOn w:val="Bekezdsalapbettpusa"/>
    <w:uiPriority w:val="22"/>
    <w:qFormat/>
    <w:rsid w:val="00FC693F"/>
    <w:rPr>
      <w:b/>
      <w:bCs/>
    </w:rPr>
  </w:style>
  <w:style w:type="character" w:styleId="Kiemels">
    <w:name w:val="Emphasis"/>
    <w:basedOn w:val="Bekezdsalapbettpusa"/>
    <w:uiPriority w:val="20"/>
    <w:qFormat/>
    <w:rsid w:val="00FC693F"/>
    <w:rPr>
      <w:i/>
      <w:iCs/>
    </w:rPr>
  </w:style>
  <w:style w:type="paragraph" w:styleId="Kiemeltidzet">
    <w:name w:val="Intense Quote"/>
    <w:basedOn w:val="Norml"/>
    <w:next w:val="Norml"/>
    <w:link w:val="Kiemeltidze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iemeltidzetChar">
    <w:name w:val="Kiemelt idézet Char"/>
    <w:basedOn w:val="Bekezdsalapbettpusa"/>
    <w:link w:val="Kiemeltidzet"/>
    <w:uiPriority w:val="30"/>
    <w:rsid w:val="00FC693F"/>
    <w:rPr>
      <w:b/>
      <w:bCs/>
      <w:i/>
      <w:iCs/>
      <w:color w:val="4F81BD" w:themeColor="accent1"/>
    </w:rPr>
  </w:style>
  <w:style w:type="character" w:styleId="Finomkiemels">
    <w:name w:val="Subtle Emphasis"/>
    <w:basedOn w:val="Bekezdsalapbettpusa"/>
    <w:uiPriority w:val="19"/>
    <w:qFormat/>
    <w:rsid w:val="00FC693F"/>
    <w:rPr>
      <w:i/>
      <w:iCs/>
      <w:color w:val="808080" w:themeColor="text1" w:themeTint="7F"/>
    </w:rPr>
  </w:style>
  <w:style w:type="character" w:styleId="Erskiemels">
    <w:name w:val="Intense Emphasis"/>
    <w:basedOn w:val="Bekezdsalapbettpusa"/>
    <w:uiPriority w:val="21"/>
    <w:qFormat/>
    <w:rsid w:val="00FC693F"/>
    <w:rPr>
      <w:b/>
      <w:bCs/>
      <w:i/>
      <w:iCs/>
      <w:color w:val="4F81BD" w:themeColor="accent1"/>
    </w:rPr>
  </w:style>
  <w:style w:type="character" w:styleId="Finomhivatkozs">
    <w:name w:val="Subtle Reference"/>
    <w:basedOn w:val="Bekezdsalapbettpusa"/>
    <w:uiPriority w:val="31"/>
    <w:qFormat/>
    <w:rsid w:val="00FC693F"/>
    <w:rPr>
      <w:smallCaps/>
      <w:color w:val="C0504D" w:themeColor="accent2"/>
      <w:u w:val="single"/>
    </w:rPr>
  </w:style>
  <w:style w:type="character" w:styleId="Ershivatkozs">
    <w:name w:val="Intense Reference"/>
    <w:basedOn w:val="Bekezdsalapbettpusa"/>
    <w:uiPriority w:val="32"/>
    <w:qFormat/>
    <w:rsid w:val="00FC693F"/>
    <w:rPr>
      <w:b/>
      <w:bCs/>
      <w:smallCaps/>
      <w:color w:val="C0504D" w:themeColor="accent2"/>
      <w:spacing w:val="5"/>
      <w:u w:val="single"/>
    </w:rPr>
  </w:style>
  <w:style w:type="character" w:styleId="Knyvcme">
    <w:name w:val="Book Title"/>
    <w:basedOn w:val="Bekezdsalapbettpusa"/>
    <w:uiPriority w:val="33"/>
    <w:qFormat/>
    <w:rsid w:val="00FC693F"/>
    <w:rPr>
      <w:b/>
      <w:bCs/>
      <w:smallCaps/>
      <w:spacing w:val="5"/>
    </w:rPr>
  </w:style>
  <w:style w:type="paragraph" w:styleId="Tartalomjegyzkcmsora">
    <w:name w:val="TOC Heading"/>
    <w:basedOn w:val="Cmsor1"/>
    <w:next w:val="Norml"/>
    <w:uiPriority w:val="39"/>
    <w:semiHidden/>
    <w:unhideWhenUsed/>
    <w:qFormat/>
    <w:rsid w:val="00FC693F"/>
    <w:pPr>
      <w:outlineLvl w:val="9"/>
    </w:pPr>
  </w:style>
  <w:style w:type="table" w:styleId="Rcsostblzat">
    <w:name w:val="Table Grid"/>
    <w:basedOn w:val="Normltblzat"/>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lgostnus">
    <w:name w:val="Light Shading"/>
    <w:basedOn w:val="Normltblzat"/>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lgosrnykols1jellszn">
    <w:name w:val="Light Shading Accent 1"/>
    <w:basedOn w:val="Normltblzat"/>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lgosrnykols2jellszn">
    <w:name w:val="Light Shading Accent 2"/>
    <w:basedOn w:val="Normltblzat"/>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lgosrnykols3jellszn">
    <w:name w:val="Light Shading Accent 3"/>
    <w:basedOn w:val="Normltblzat"/>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lgosrnykols4jellszn">
    <w:name w:val="Light Shading Accent 4"/>
    <w:basedOn w:val="Normltblzat"/>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lgosrnykols5jellszn">
    <w:name w:val="Light Shading Accent 5"/>
    <w:basedOn w:val="Normltblzat"/>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lgosrnykols6jellszn">
    <w:name w:val="Light Shading Accent 6"/>
    <w:basedOn w:val="Normltblzat"/>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lgoslista">
    <w:name w:val="Light List"/>
    <w:basedOn w:val="Normltblzat"/>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lgoslista1jellszn">
    <w:name w:val="Light List Accent 1"/>
    <w:basedOn w:val="Normltblzat"/>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lgoslista2jellszn">
    <w:name w:val="Light List Accent 2"/>
    <w:basedOn w:val="Normltblzat"/>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lgoslista3jellszn">
    <w:name w:val="Light List Accent 3"/>
    <w:basedOn w:val="Normltblzat"/>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lgoslista4jellszn">
    <w:name w:val="Light List Accent 4"/>
    <w:basedOn w:val="Normltblzat"/>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lgoslista5jellszn">
    <w:name w:val="Light List Accent 5"/>
    <w:basedOn w:val="Normltblzat"/>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lgoslista6jellszn">
    <w:name w:val="Light List Accent 6"/>
    <w:basedOn w:val="Normltblzat"/>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lgosrcs">
    <w:name w:val="Light Grid"/>
    <w:basedOn w:val="Normltblzat"/>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lgosrcs1jellszn">
    <w:name w:val="Light Grid Accent 1"/>
    <w:basedOn w:val="Normltblzat"/>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lgosrcs2jellszn">
    <w:name w:val="Light Grid Accent 2"/>
    <w:basedOn w:val="Normltblzat"/>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lgosrcs3jellszn">
    <w:name w:val="Light Grid Accent 3"/>
    <w:basedOn w:val="Normltblzat"/>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lgosrcs4jellszn">
    <w:name w:val="Light Grid Accent 4"/>
    <w:basedOn w:val="Normltblzat"/>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lgosrcs5jellszn">
    <w:name w:val="Light Grid Accent 5"/>
    <w:basedOn w:val="Normltblzat"/>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lgosrcs6jellszn">
    <w:name w:val="Light Grid Accent 6"/>
    <w:basedOn w:val="Normltblzat"/>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Kzepesrnykols1">
    <w:name w:val="Medium Shading 1"/>
    <w:basedOn w:val="Normltblzat"/>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Kzepesrnykols11jellszn">
    <w:name w:val="Medium Shading 1 Accent 1"/>
    <w:basedOn w:val="Normltblzat"/>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Kzepesrnykols12jellszn">
    <w:name w:val="Medium Shading 1 Accent 2"/>
    <w:basedOn w:val="Normltblzat"/>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Kzepesrnykols13jellszn">
    <w:name w:val="Medium Shading 1 Accent 3"/>
    <w:basedOn w:val="Normltblzat"/>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Kzepesrnykols14jellszn">
    <w:name w:val="Medium Shading 1 Accent 4"/>
    <w:basedOn w:val="Normltblzat"/>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Kzepesrnykols15jellszn">
    <w:name w:val="Medium Shading 1 Accent 5"/>
    <w:basedOn w:val="Normltblzat"/>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Kzepesrnykols16jellszn">
    <w:name w:val="Medium Shading 1 Accent 6"/>
    <w:basedOn w:val="Normltblzat"/>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Kzepesrnykols2">
    <w:name w:val="Medium Shading 2"/>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1jellszn">
    <w:name w:val="Medium Shading 2 Accent 1"/>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2jellszn">
    <w:name w:val="Medium Shading 2 Accent 2"/>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3jellszn">
    <w:name w:val="Medium Shading 2 Accent 3"/>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4jellszn">
    <w:name w:val="Medium Shading 2 Accent 4"/>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5jellszn">
    <w:name w:val="Medium Shading 2 Accent 5"/>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6jellszn">
    <w:name w:val="Medium Shading 2 Accent 6"/>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lista1">
    <w:name w:val="Medium List 1"/>
    <w:basedOn w:val="Normltblzat"/>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Kzepeslista11jellszn">
    <w:name w:val="Medium List 1 Accent 1"/>
    <w:basedOn w:val="Normltblzat"/>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Kzepeslista12jellszn">
    <w:name w:val="Medium List 1 Accent 2"/>
    <w:basedOn w:val="Normltblzat"/>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Kzepeslista13jellszn">
    <w:name w:val="Medium List 1 Accent 3"/>
    <w:basedOn w:val="Normltblzat"/>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Kzepeslista14jellszn">
    <w:name w:val="Medium List 1 Accent 4"/>
    <w:basedOn w:val="Normltblzat"/>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Kzepeslista15jellszn">
    <w:name w:val="Medium List 1 Accent 5"/>
    <w:basedOn w:val="Normltblzat"/>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Kzepeslista16jellszn">
    <w:name w:val="Medium List 1 Accent 6"/>
    <w:basedOn w:val="Normltblzat"/>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Kzepeslista2">
    <w:name w:val="Medium List 2"/>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1jellszn">
    <w:name w:val="Medium List 2 Accent 1"/>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2jellszn">
    <w:name w:val="Medium List 2 Accent 2"/>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3jellszn">
    <w:name w:val="Medium List 2 Accent 3"/>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4jellszn">
    <w:name w:val="Medium List 2 Accent 4"/>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5jellszn">
    <w:name w:val="Medium List 2 Accent 5"/>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6jellszn">
    <w:name w:val="Medium List 2 Accent 6"/>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rcs1">
    <w:name w:val="Medium Grid 1"/>
    <w:basedOn w:val="Normltblzat"/>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zepesrcs11jellszn">
    <w:name w:val="Medium Grid 1 Accent 1"/>
    <w:basedOn w:val="Normltblzat"/>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zepesrcs12jellszn">
    <w:name w:val="Medium Grid 1 Accent 2"/>
    <w:basedOn w:val="Normltblzat"/>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zepesrcs13jellszn">
    <w:name w:val="Medium Grid 1 Accent 3"/>
    <w:basedOn w:val="Normltblzat"/>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zepesrcs14jellszn">
    <w:name w:val="Medium Grid 1 Accent 4"/>
    <w:basedOn w:val="Normltblzat"/>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zepesrcs15jellszn">
    <w:name w:val="Medium Grid 1 Accent 5"/>
    <w:basedOn w:val="Normltblzat"/>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zepesrcs16jellszn">
    <w:name w:val="Medium Grid 1 Accent 6"/>
    <w:basedOn w:val="Normltblzat"/>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zepesrcs2">
    <w:name w:val="Medium Grid 2"/>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Kzepesrcs21jellszn">
    <w:name w:val="Medium Grid 2 Accent 1"/>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Kzepesrcs22jellszn">
    <w:name w:val="Medium Grid 2 Accent 2"/>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Kzepesrcs23jellszn">
    <w:name w:val="Medium Grid 2 Accent 3"/>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Kzepesrcs24jellszn">
    <w:name w:val="Medium Grid 2 Accent 4"/>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Kzepesrcs25jellszn">
    <w:name w:val="Medium Grid 2 Accent 5"/>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Kzepesrcs26jellszn">
    <w:name w:val="Medium Grid 2 Accent 6"/>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Kzepesrcs3">
    <w:name w:val="Medium Grid 3"/>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Kzepesrcs31jellszn">
    <w:name w:val="Medium Grid 3 Accent 1"/>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Kzepesrcs32jellszn">
    <w:name w:val="Medium Grid 3 Accent 2"/>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Kzepesrcs33jellszn">
    <w:name w:val="Medium Grid 3 Accent 3"/>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Kzepesrcs34jellszn">
    <w:name w:val="Medium Grid 3 Accent 4"/>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Kzepesrcs35jellszn">
    <w:name w:val="Medium Grid 3 Accent 5"/>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Kzepesrcs36jellszn">
    <w:name w:val="Medium Grid 3 Accent 6"/>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Sttlista">
    <w:name w:val="Dark List"/>
    <w:basedOn w:val="Normltblzat"/>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Sttlista1jellszn">
    <w:name w:val="Dark List Accent 1"/>
    <w:basedOn w:val="Normltblzat"/>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Sttlista2jellszn">
    <w:name w:val="Dark List Accent 2"/>
    <w:basedOn w:val="Normltblzat"/>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Sttlista3jellszn">
    <w:name w:val="Dark List Accent 3"/>
    <w:basedOn w:val="Normltblzat"/>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Sttlista4jellszn">
    <w:name w:val="Dark List Accent 4"/>
    <w:basedOn w:val="Normltblzat"/>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Sttlista5jellszn">
    <w:name w:val="Dark List Accent 5"/>
    <w:basedOn w:val="Normltblzat"/>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Sttlista6jellszn">
    <w:name w:val="Dark List Accent 6"/>
    <w:basedOn w:val="Normltblzat"/>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znesrnykols">
    <w:name w:val="Colorful Shading"/>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znesrnykols1jellszn">
    <w:name w:val="Colorful Shading Accent 1"/>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znesrnykols2jellszn">
    <w:name w:val="Colorful Shading Accent 2"/>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znesrnykols3jellszn">
    <w:name w:val="Colorful Shading Accent 3"/>
    <w:basedOn w:val="Normltblzat"/>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znesrnykols4jellszn">
    <w:name w:val="Colorful Shading Accent 4"/>
    <w:basedOn w:val="Normltblzat"/>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znesrnykols5jellszn">
    <w:name w:val="Colorful Shading Accent 5"/>
    <w:basedOn w:val="Normltblzat"/>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znesrnykols6jellszn">
    <w:name w:val="Colorful Shading Accent 6"/>
    <w:basedOn w:val="Normltblzat"/>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zneslista">
    <w:name w:val="Colorful List"/>
    <w:basedOn w:val="Normltblzat"/>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zneslista1jellszn">
    <w:name w:val="Colorful List Accent 1"/>
    <w:basedOn w:val="Normltblzat"/>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zneslista2jellszn">
    <w:name w:val="Colorful List Accent 2"/>
    <w:basedOn w:val="Normltblzat"/>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zneslista3jellszn">
    <w:name w:val="Colorful List Accent 3"/>
    <w:basedOn w:val="Normltblzat"/>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zneslista4jellszn">
    <w:name w:val="Colorful List Accent 4"/>
    <w:basedOn w:val="Normltblzat"/>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zneslista5jellszn">
    <w:name w:val="Colorful List Accent 5"/>
    <w:basedOn w:val="Normltblzat"/>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zneslista6jellszn">
    <w:name w:val="Colorful List Accent 6"/>
    <w:basedOn w:val="Normltblzat"/>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znesrcs">
    <w:name w:val="Colorful Grid"/>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znesrcs1jellszn">
    <w:name w:val="Colorful Grid Accent 1"/>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znesrcs2jellszn">
    <w:name w:val="Colorful Grid Accent 2"/>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znesrcs3jellszn">
    <w:name w:val="Colorful Grid Accent 3"/>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znesrcs4jellszn">
    <w:name w:val="Colorful Grid Accent 4"/>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znesrcs5jellszn">
    <w:name w:val="Colorful Grid Accent 5"/>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znesrcs6jellszn">
    <w:name w:val="Colorful Grid Accent 6"/>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Pages>
  <Words>292</Words>
  <Characters>2022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Lukács Eszter</cp:lastModifiedBy>
  <cp:revision>32</cp:revision>
  <dcterms:created xsi:type="dcterms:W3CDTF">2013-12-23T23:15:00Z</dcterms:created>
  <dcterms:modified xsi:type="dcterms:W3CDTF">2026-09-24T09:14:00Z</dcterms:modified>
  <cp:category/>
</cp:coreProperties>
</file>